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INDIAN INSTITUTE OF INFORMATION TECHNOLOGY, ALLAHABAD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Centre for Continuing Education &amp; Outreach Programs (CCEOP)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br w:type="textWrapping"/>
        <w:t xml:space="preserve">E-MASTERS PROGRAM PROPOSAL / APPROVAL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br w:type="textWrapping"/>
        <w:t xml:space="preserve">                                                                                                                             Date……………</w:t>
        <w:br w:type="textWrapping"/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Program Title…………………………………………………………………………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 Name of Faculty………………………………Department………………………………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Mode of Delivery: Online / Hybrid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Duration………………………………Timeline Dates: From………… To…………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Program Objectives…………………………………………………………………………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Eligibility Criteria…………………………………………………………………………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Curriculum Structure…………………………………………………………………………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Program Coordinator Name………………………………Mobile No………………………………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Email ID………………………………Signature………………………………Date……………………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Pan No:……………………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Note: Attach all necessary documents along with this form.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0tv0FGqa/uAWeLXej8Py90HTJQ==">CgMxLjA4AHIhMXVqbk9wZkRwM2MwdXBjVC1lUzR1eldzOS02M3ZtZldW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