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INDIAN INSTITUTE OF INFORMATION TECHNOLOGY, ALLAHABAD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Centre for Continuing Education &amp; Outreach Programs (CCEOP)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b w:val="1"/>
          <w:bCs w:val="1"/>
          <w:rtl w:val="0"/>
        </w:rPr>
        <w:br w:type="textWrapping"/>
        <w:t xml:space="preserve">ETHICS &amp; ACADEMIC INTEGRITY DECLARATION FORM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br w:type="textWrapping"/>
        <w:t xml:space="preserve">                                                                                                                                                   Date……………</w:t>
        <w:br w:type="textWrapping"/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Program Title…………………………………………………………………………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Type of Program: FDP / Certificate / E-Masters / Training / Workshop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I hereby declare that the proposed program adheres to the academic and ethical standards of IIITA.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Signature of Program Coordinator………………………………Date………………………………</w:t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Header">
    <w:name w:val="header"/>
    <w:basedOn w:val="Normal"/>
    <w:link w:val="Head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Spacing">
    <w:name w:val="No Spacing"/>
    <w:uiPriority w:val="1"/>
    <w:qFormat w:val="1"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FC693F"/>
    <w:pPr>
      <w:ind w:left="720"/>
      <w:contextualSpacing w:val="1"/>
    </w:pPr>
  </w:style>
  <w:style w:type="paragraph" w:styleId="BodyText">
    <w:name w:val="Body Text"/>
    <w:basedOn w:val="Normal"/>
    <w:link w:val="BodyTextChar"/>
    <w:uiPriority w:val="99"/>
    <w:unhideWhenUsed w:val="1"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 w:val="1"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 w:val="1"/>
    <w:rsid w:val="00AA1D8D"/>
    <w:pPr>
      <w:ind w:left="360" w:hanging="360"/>
      <w:contextualSpacing w:val="1"/>
    </w:pPr>
  </w:style>
  <w:style w:type="paragraph" w:styleId="List2">
    <w:name w:val="List 2"/>
    <w:basedOn w:val="Normal"/>
    <w:uiPriority w:val="99"/>
    <w:unhideWhenUsed w:val="1"/>
    <w:rsid w:val="00326F90"/>
    <w:pPr>
      <w:ind w:left="720" w:hanging="360"/>
      <w:contextualSpacing w:val="1"/>
    </w:pPr>
  </w:style>
  <w:style w:type="paragraph" w:styleId="List3">
    <w:name w:val="List 3"/>
    <w:basedOn w:val="Normal"/>
    <w:uiPriority w:val="99"/>
    <w:unhideWhenUsed w:val="1"/>
    <w:rsid w:val="00326F90"/>
    <w:pPr>
      <w:ind w:left="1080" w:hanging="360"/>
      <w:contextualSpacing w:val="1"/>
    </w:pPr>
  </w:style>
  <w:style w:type="paragraph" w:styleId="ListBullet">
    <w:name w:val="List Bullet"/>
    <w:basedOn w:val="Normal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ListBullet2">
    <w:name w:val="List Bullet 2"/>
    <w:basedOn w:val="Normal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ListBullet3">
    <w:name w:val="List Bullet 3"/>
    <w:basedOn w:val="Normal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ListNumber">
    <w:name w:val="List Number"/>
    <w:basedOn w:val="Normal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ListNumber2">
    <w:name w:val="List Number 2"/>
    <w:basedOn w:val="Normal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ListNumber3">
    <w:name w:val="List Number 3"/>
    <w:basedOn w:val="Normal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ListContinue">
    <w:name w:val="List Continue"/>
    <w:basedOn w:val="Normal"/>
    <w:uiPriority w:val="99"/>
    <w:unhideWhenUsed w:val="1"/>
    <w:rsid w:val="0029639D"/>
    <w:pPr>
      <w:spacing w:after="120"/>
      <w:ind w:left="360"/>
      <w:contextualSpacing w:val="1"/>
    </w:pPr>
  </w:style>
  <w:style w:type="paragraph" w:styleId="ListContinue2">
    <w:name w:val="List Continue 2"/>
    <w:basedOn w:val="Normal"/>
    <w:uiPriority w:val="99"/>
    <w:unhideWhenUsed w:val="1"/>
    <w:rsid w:val="0029639D"/>
    <w:pPr>
      <w:spacing w:after="120"/>
      <w:ind w:left="720"/>
      <w:contextualSpacing w:val="1"/>
    </w:pPr>
  </w:style>
  <w:style w:type="paragraph" w:styleId="ListContinue3">
    <w:name w:val="List Continue 3"/>
    <w:basedOn w:val="Normal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MacroText">
    <w:name w:val="macro"/>
    <w:link w:val="MacroTextCha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C693F"/>
    <w:rPr>
      <w:i w:val="1"/>
      <w:iCs w:val="1"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 w:val="1"/>
      <w:iCs w:val="1"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 w:val="1"/>
    <w:rsid w:val="00FC693F"/>
    <w:rPr>
      <w:b w:val="1"/>
      <w:bCs w:val="1"/>
    </w:rPr>
  </w:style>
  <w:style w:type="character" w:styleId="Emphasis">
    <w:name w:val="Emphasis"/>
    <w:basedOn w:val="DefaultParagraphFont"/>
    <w:uiPriority w:val="20"/>
    <w:qFormat w:val="1"/>
    <w:rsid w:val="00FC693F"/>
    <w:rPr>
      <w:i w:val="1"/>
      <w:iCs w:val="1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SubtleEmphasis">
    <w:name w:val="Subtle Emphasis"/>
    <w:basedOn w:val="DefaultParagraphFont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IntenseEmphasis">
    <w:name w:val="Intense Emphasis"/>
    <w:basedOn w:val="DefaultParagraphFont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xc3ltiLudpp2xenp1/gmdQexcg==">CgMxLjA4AHIhMWFkSkJmY0FmSDE3NnV0LUhNa3RqVTY0Z3dzb2J4MFFU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</cp:coreProperties>
</file>