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INDIAN INSTITUTE OF INFORMATION TECHNOLOGY, ALLAHABAD</w:t>
      </w:r>
    </w:p>
    <w:p>
      <w:pPr>
        <w:jc w:val="center"/>
      </w:pPr>
      <w:r>
        <w:rPr>
          <w:b/>
        </w:rPr>
        <w:t>Centre for Continuing Education &amp; Outreach Programs (CCEOP)</w:t>
      </w:r>
    </w:p>
    <w:p>
      <w:pPr>
        <w:jc w:val="center"/>
      </w:pPr>
      <w:r>
        <w:rPr>
          <w:b/>
        </w:rPr>
        <w:br/>
        <w:t>FACULTY UNDERTAKING FORM</w:t>
      </w:r>
    </w:p>
    <w:p>
      <w:r>
        <w:br/>
        <w:t>Date……………</w:t>
        <w:br/>
      </w:r>
    </w:p>
    <w:p>
      <w:r>
        <w:t>Faculty Name………………………………Designation………………………………</w:t>
      </w:r>
    </w:p>
    <w:p>
      <w:r>
        <w:t>Department………………………………Employee ID………………………………</w:t>
      </w:r>
    </w:p>
    <w:p>
      <w:r>
        <w:t>Mobile No………………………………Email ID………………………………</w:t>
      </w:r>
    </w:p>
    <w:p/>
    <w:p>
      <w:r>
        <w:t>I hereby undertake that I shall conduct the approved program as per IIITA–CCEOP norms.</w:t>
      </w:r>
    </w:p>
    <w:p>
      <w:r>
        <w:t>I shall be responsible for academic quality, ethics, and compliance of the program.</w:t>
      </w:r>
    </w:p>
    <w:p/>
    <w:p>
      <w:r>
        <w:t>Signature of Faculty………………………………Date………………………………</w:t>
      </w:r>
    </w:p>
    <w:p/>
    <w:p>
      <w:r>
        <w:t>Recommended / Forwarded By</w:t>
      </w:r>
    </w:p>
    <w:p>
      <w:r>
        <w:t>Head of Department………………………………Signature &amp; Seal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