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INDIAN INSTITUTE OF INFORMATION TECHNOLOGY, ALLAHABAD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Centre for Continuing Education &amp; Outreach Programmes (C-CEOP)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APPLICATION FORM FOR E-MASTERS PROGRAMMES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(Academic Year 2026–2027)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(To be shared by the EdTech partner)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center"/>
        <w:tblLayout w:type="fixed"/>
        <w:tblLook w:val="0400"/>
      </w:tblPr>
      <w:tblGrid>
        <w:gridCol w:w="5895"/>
        <w:gridCol w:w="4170"/>
        <w:tblGridChange w:id="0">
          <w:tblGrid>
            <w:gridCol w:w="5895"/>
            <w:gridCol w:w="4170"/>
          </w:tblGrid>
        </w:tblGridChange>
      </w:tblGrid>
      <w:tr>
        <w:trPr>
          <w:cantSplit w:val="1"/>
          <w:trHeight w:val="525.761718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Campus/Mode (tick):  Prayagraj ☐   Online ☐   Hybrid 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Batch/Cohort: 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E-Masters Programme Applied For: 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Specialization (if any): 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Application Type (tick):  Fresh ☐   Upgradation ☐   Other ☐  Specify: 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Office Use: Application No. 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A.STUDENT/APPLICANT DETAILS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504.00000000000034" w:tblpY="0"/>
        <w:tblW w:w="9315.0" w:type="dxa"/>
        <w:jc w:val="left"/>
        <w:tblLayout w:type="fixed"/>
        <w:tblLook w:val="0400"/>
      </w:tblPr>
      <w:tblGrid>
        <w:gridCol w:w="4080"/>
        <w:gridCol w:w="5235"/>
        <w:tblGridChange w:id="0">
          <w:tblGrid>
            <w:gridCol w:w="4080"/>
            <w:gridCol w:w="523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 Name of Applicant (IN CAPITAL):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First / Middle / Last: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  __________  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Father/Mother/Guardian Name (IN CAPITAL):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 Gender / DOB: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Male ☐  Female ☐  Other ☐   </w:t>
            </w:r>
          </w:p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DOB (DD/MM/YYYY): ____/____/______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 Aadhaar (Mandatory) / Contact: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Aadhaar: ____________________  Mobile: ____________________</w:t>
              <w:br w:type="textWrapping"/>
              <w:t xml:space="preserve">Telephone (STD): ____________________  Email: ____________________</w:t>
              <w:br w:type="textWrapping"/>
              <w:t xml:space="preserve">Emergency Contact (Name/Relation/Phone): 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 Address for Correspondence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__________________________________________________________________________________________________________________________________________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City / State / PIN: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 / __________ / 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STUDENT B. EDUCATIONAL QUALIFICATION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5524500</wp:posOffset>
                </wp:positionH>
                <wp:positionV relativeFrom="paragraph">
                  <wp:posOffset>0</wp:posOffset>
                </wp:positionV>
                <wp:extent cx="1587500" cy="14922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64950" y="3046575"/>
                          <a:ext cx="156210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Paste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Passport Size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Photograph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5524500</wp:posOffset>
                </wp:positionH>
                <wp:positionV relativeFrom="paragraph">
                  <wp:posOffset>0</wp:posOffset>
                </wp:positionV>
                <wp:extent cx="1587500" cy="149225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500" cy="149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jc w:val="center"/>
        <w:rPr/>
      </w:pPr>
      <w:r w:rsidDel="00000000" w:rsidR="00000000" w:rsidRPr="00000000">
        <w:rPr>
          <w:rtl w:val="0"/>
        </w:rPr>
        <w:t xml:space="preserve">Office Use Only:  Roll/Reg. No. ____________   Batch ____________</w:t>
      </w:r>
    </w:p>
    <w:tbl>
      <w:tblPr>
        <w:tblStyle w:val="Table3"/>
        <w:tblW w:w="9972.0" w:type="dxa"/>
        <w:jc w:val="center"/>
        <w:tblLayout w:type="fixed"/>
        <w:tblLook w:val="0400"/>
      </w:tblPr>
      <w:tblGrid>
        <w:gridCol w:w="1662"/>
        <w:gridCol w:w="1662"/>
        <w:gridCol w:w="1662"/>
        <w:gridCol w:w="1662"/>
        <w:gridCol w:w="1662"/>
        <w:gridCol w:w="1662"/>
        <w:tblGridChange w:id="0">
          <w:tblGrid>
            <w:gridCol w:w="1662"/>
            <w:gridCol w:w="1662"/>
            <w:gridCol w:w="1662"/>
            <w:gridCol w:w="1662"/>
            <w:gridCol w:w="1662"/>
            <w:gridCol w:w="166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S.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Exam Passed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Board/University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Year of Passing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Subject/Discipline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% / CGPA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 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 XII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Graduation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Post-Graduation (if any)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PROFESSIONAL EXPERIENCE (if any)</w:t>
      </w:r>
    </w:p>
    <w:p w:rsidR="00000000" w:rsidDel="00000000" w:rsidP="00000000" w:rsidRDefault="00000000" w:rsidRPr="00000000" w14:paraId="00000040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31368008"/>
        <w:tag w:val="goog_rdk_0"/>
      </w:sdtPr>
      <w:sdtContent>
        <w:tbl>
          <w:tblPr>
            <w:tblStyle w:val="Table4"/>
            <w:tblW w:w="99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94.4"/>
            <w:gridCol w:w="1994.4"/>
            <w:gridCol w:w="1994.4"/>
            <w:gridCol w:w="1994.4"/>
            <w:gridCol w:w="1994.4"/>
            <w:tblGridChange w:id="0">
              <w:tblGrid>
                <w:gridCol w:w="1994.4"/>
                <w:gridCol w:w="1994.4"/>
                <w:gridCol w:w="1994.4"/>
                <w:gridCol w:w="1994.4"/>
                <w:gridCol w:w="1994.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S.NO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Industry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Year (period)</w:t>
                </w:r>
              </w:p>
              <w:p w:rsidR="00000000" w:rsidDel="00000000" w:rsidP="00000000" w:rsidRDefault="00000000" w:rsidRPr="00000000" w14:paraId="0000004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From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Year (period)</w:t>
                </w:r>
              </w:p>
              <w:p w:rsidR="00000000" w:rsidDel="00000000" w:rsidP="00000000" w:rsidRDefault="00000000" w:rsidRPr="00000000" w14:paraId="00000046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Position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/>
      </w:pPr>
      <w:r w:rsidDel="00000000" w:rsidR="00000000" w:rsidRPr="00000000">
        <w:rPr>
          <w:rtl w:val="0"/>
        </w:rPr>
        <w:t xml:space="preserve">(Write NA if not applicable)</w:t>
      </w:r>
    </w:p>
    <w:p w:rsidR="00000000" w:rsidDel="00000000" w:rsidP="00000000" w:rsidRDefault="00000000" w:rsidRPr="00000000" w14:paraId="00000054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5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6">
      <w:pPr>
        <w:jc w:val="center"/>
        <w:rPr/>
      </w:pPr>
      <w:r w:rsidDel="00000000" w:rsidR="00000000" w:rsidRPr="00000000">
        <w:rPr>
          <w:rtl w:val="0"/>
        </w:rPr>
        <w:t xml:space="preserve">Total Experience: ______ Years ______ Months</w:t>
      </w:r>
    </w:p>
    <w:p w:rsidR="00000000" w:rsidDel="00000000" w:rsidP="00000000" w:rsidRDefault="00000000" w:rsidRPr="00000000" w14:paraId="0000005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 REGISTRATION / ADMISSION FEE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/>
      </w:pPr>
      <w:r w:rsidDel="00000000" w:rsidR="00000000" w:rsidRPr="00000000">
        <w:rPr>
          <w:rtl w:val="0"/>
        </w:rPr>
        <w:t xml:space="preserve">NEFT / RTGS / IMPS / Online Payment Details</w:t>
      </w:r>
    </w:p>
    <w:tbl>
      <w:tblPr>
        <w:tblStyle w:val="Table5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Online Transaction/UTR No.: 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Date: ____ / ____ / 20____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Amount (INR): 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Bank Name &amp; Branch: 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jc w:val="center"/>
        <w:rPr/>
      </w:pPr>
      <w:r w:rsidDel="00000000" w:rsidR="00000000" w:rsidRPr="00000000">
        <w:rPr>
          <w:rtl w:val="0"/>
        </w:rPr>
        <w:t xml:space="preserve">Payment Proof Attached:  Yes ☐   No ☐</w:t>
      </w:r>
    </w:p>
    <w:p w:rsidR="00000000" w:rsidDel="00000000" w:rsidP="00000000" w:rsidRDefault="00000000" w:rsidRPr="00000000" w14:paraId="0000005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E. ATTACHMENTS CHECKLIST (tick &amp; enclose)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0" w:lineRule="auto"/>
        <w:rPr/>
      </w:pPr>
      <w:r w:rsidDel="00000000" w:rsidR="00000000" w:rsidRPr="00000000">
        <w:rPr>
          <w:rtl w:val="0"/>
        </w:rPr>
        <w:t xml:space="preserve">☐ Aadhaar copy (mandatory)</w:t>
      </w:r>
    </w:p>
    <w:p w:rsidR="00000000" w:rsidDel="00000000" w:rsidP="00000000" w:rsidRDefault="00000000" w:rsidRPr="00000000" w14:paraId="00000062">
      <w:pPr>
        <w:spacing w:after="20" w:lineRule="auto"/>
        <w:rPr/>
      </w:pPr>
      <w:r w:rsidDel="00000000" w:rsidR="00000000" w:rsidRPr="00000000">
        <w:rPr>
          <w:rtl w:val="0"/>
        </w:rPr>
        <w:t xml:space="preserve">☐ Passport size photograph</w:t>
      </w:r>
    </w:p>
    <w:p w:rsidR="00000000" w:rsidDel="00000000" w:rsidP="00000000" w:rsidRDefault="00000000" w:rsidRPr="00000000" w14:paraId="00000063">
      <w:pPr>
        <w:spacing w:after="20" w:lineRule="auto"/>
        <w:rPr/>
      </w:pPr>
      <w:r w:rsidDel="00000000" w:rsidR="00000000" w:rsidRPr="00000000">
        <w:rPr>
          <w:rtl w:val="0"/>
        </w:rPr>
        <w:t xml:space="preserve">☐ Payment proof (UTR/receipt)</w:t>
      </w:r>
    </w:p>
    <w:p w:rsidR="00000000" w:rsidDel="00000000" w:rsidP="00000000" w:rsidRDefault="00000000" w:rsidRPr="00000000" w14:paraId="00000064">
      <w:pPr>
        <w:spacing w:after="20" w:lineRule="auto"/>
        <w:rPr/>
      </w:pPr>
      <w:r w:rsidDel="00000000" w:rsidR="00000000" w:rsidRPr="00000000">
        <w:rPr>
          <w:rtl w:val="0"/>
        </w:rPr>
        <w:t xml:space="preserve">☐ Any other (programme-specific): ________________________________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F. DECLARATION (Applicant)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center"/>
        <w:rPr/>
      </w:pPr>
      <w:r w:rsidDel="00000000" w:rsidR="00000000" w:rsidRPr="00000000">
        <w:rPr>
          <w:rtl w:val="0"/>
        </w:rPr>
        <w:t xml:space="preserve">I, ____________________________________, declare that the information furnished is true and correct. I understand that admission/enrolment may be cancelled if any information is found incorrect or misleading. I agree to abide by the rules, assessment criteria, and code of conduct as notified by IIIT Allahabad / C-CEOP.</w:t>
      </w:r>
    </w:p>
    <w:tbl>
      <w:tblPr>
        <w:tblStyle w:val="Table6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Date: ____ / ____ / 20____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Signature of Applicant: 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jc w:val="center"/>
        <w:rPr/>
      </w:pPr>
      <w:bookmarkStart w:colFirst="0" w:colLast="0" w:name="_heading=h.qlqkwdek64y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G. SUBMISSION NOTE (C-CEOP Office)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/>
      </w:pPr>
      <w:r w:rsidDel="00000000" w:rsidR="00000000" w:rsidRPr="00000000">
        <w:rPr>
          <w:rtl w:val="0"/>
        </w:rPr>
        <w:t xml:space="preserve">Admission form complete in all respects should be submitted to C-CEOP at:</w:t>
      </w:r>
    </w:p>
    <w:p w:rsidR="00000000" w:rsidDel="00000000" w:rsidP="00000000" w:rsidRDefault="00000000" w:rsidRPr="00000000" w14:paraId="0000006D">
      <w:pPr>
        <w:jc w:val="center"/>
        <w:rPr/>
      </w:pPr>
      <w:r w:rsidDel="00000000" w:rsidR="00000000" w:rsidRPr="00000000">
        <w:rPr>
          <w:rtl w:val="0"/>
        </w:rPr>
        <w:t xml:space="preserve">Email ID: ________________________________________________</w:t>
      </w:r>
    </w:p>
    <w:p w:rsidR="00000000" w:rsidDel="00000000" w:rsidP="00000000" w:rsidRDefault="00000000" w:rsidRPr="00000000" w14:paraId="0000006E">
      <w:pPr>
        <w:jc w:val="center"/>
        <w:rPr/>
      </w:pPr>
      <w:r w:rsidDel="00000000" w:rsidR="00000000" w:rsidRPr="00000000">
        <w:rPr>
          <w:rtl w:val="0"/>
        </w:rPr>
        <w:t xml:space="preserve">Email Subject Format: "E-Masters Admission Form - (Programme Name) - (Year)"</w:t>
      </w:r>
    </w:p>
    <w:p w:rsidR="00000000" w:rsidDel="00000000" w:rsidP="00000000" w:rsidRDefault="00000000" w:rsidRPr="00000000" w14:paraId="0000006F">
      <w:pPr>
        <w:jc w:val="center"/>
        <w:rPr/>
      </w:pPr>
      <w:r w:rsidDel="00000000" w:rsidR="00000000" w:rsidRPr="00000000">
        <w:rPr>
          <w:rtl w:val="0"/>
        </w:rPr>
        <w:t xml:space="preserve">Payment Details (to be filled by Accounts/C-CEOP):</w:t>
      </w:r>
    </w:p>
    <w:tbl>
      <w:tblPr>
        <w:tblStyle w:val="Table7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Beneficiary Name: 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Account No.: 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IFSC: 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Bank/Branch: __________________________  UPI ID (if any): 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H. OFFICE VERIFICATION (For C-CEOP / IIITA Use Only)</w:t>
      </w:r>
      <w:r w:rsidDel="00000000" w:rsidR="00000000" w:rsidRPr="00000000">
        <w:rPr>
          <w:rtl w:val="0"/>
        </w:rPr>
      </w:r>
    </w:p>
    <w:tbl>
      <w:tblPr>
        <w:tblStyle w:val="Table8"/>
        <w:tblW w:w="10132.0" w:type="dxa"/>
        <w:jc w:val="center"/>
        <w:tblLayout w:type="fixed"/>
        <w:tblLook w:val="0400"/>
      </w:tblPr>
      <w:tblGrid>
        <w:gridCol w:w="4194"/>
        <w:gridCol w:w="5938"/>
        <w:tblGridChange w:id="0">
          <w:tblGrid>
            <w:gridCol w:w="4194"/>
            <w:gridCol w:w="59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Documents Verified (tick):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 ☐   No 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Eligibility Verified (tick):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 ☐   No 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Fee Verified (tick):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 ☐   No 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Remarks: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__________________________________________________________</w:t>
              <w:br w:type="textWrapping"/>
              <w:t xml:space="preserve">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Verified By (Name/Designation): 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Signature: ____________________   Date: ____ / ____ / 20____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Approved By (Coordinator/Authorized Signatory): 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Signature: ____________________   Seal/Stamp: 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020" w:top="1020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in2EwoULXM0XpDmPSvtCRHZEog==">CgMxLjAaHwoBMBIaChgICVIUChJ0YWJsZS5rNG44eW1rMHoyOTUyDmgucWxxa3dkZWs2NHlzOAByITFDR2ozbUlYbXRLVnhpOGNpREtFM0pWakV1aDczNXlSdw==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2026-02-08T14:46:00Z</dcterms:created>
  <dc:creator>python-docx</dc:creator>
</cp:coreProperties>
</file>