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92E34" w14:textId="098827A6" w:rsidR="00952E40" w:rsidRDefault="00000000">
      <w:pPr>
        <w:spacing w:after="160"/>
        <w:jc w:val="center"/>
      </w:pPr>
      <w:r>
        <w:rPr>
          <w:rFonts w:ascii="Arial" w:eastAsia="Arial" w:hAnsi="Arial"/>
          <w:b/>
          <w:color w:val="17365D"/>
          <w:sz w:val="25"/>
        </w:rPr>
        <w:t>INDIAN INSTITUTE OF INFORMATION TECHNOLOGY ALLAHABAD</w:t>
      </w:r>
      <w:r>
        <w:rPr>
          <w:rFonts w:ascii="Arial" w:eastAsia="Arial" w:hAnsi="Arial"/>
          <w:b/>
          <w:color w:val="17365D"/>
          <w:sz w:val="25"/>
        </w:rPr>
        <w:br/>
      </w:r>
      <w:r>
        <w:rPr>
          <w:rFonts w:ascii="Arial" w:eastAsia="Arial" w:hAnsi="Arial"/>
          <w:b/>
          <w:color w:val="17365D"/>
        </w:rPr>
        <w:t>Cent</w:t>
      </w:r>
      <w:r w:rsidR="000A4543">
        <w:rPr>
          <w:rFonts w:ascii="Arial" w:eastAsia="Arial" w:hAnsi="Arial"/>
          <w:b/>
          <w:color w:val="17365D"/>
        </w:rPr>
        <w:t>er</w:t>
      </w:r>
      <w:r>
        <w:rPr>
          <w:rFonts w:ascii="Arial" w:eastAsia="Arial" w:hAnsi="Arial"/>
          <w:b/>
          <w:color w:val="17365D"/>
        </w:rPr>
        <w:t xml:space="preserve"> for Continuing Education &amp; Outreach Programs (C-CEOP)</w:t>
      </w:r>
      <w:r>
        <w:rPr>
          <w:rFonts w:ascii="Arial" w:eastAsia="Arial" w:hAnsi="Arial"/>
          <w:b/>
          <w:color w:val="17365D"/>
        </w:rPr>
        <w:br/>
      </w:r>
      <w:r>
        <w:rPr>
          <w:rFonts w:ascii="Arial" w:eastAsia="Arial" w:hAnsi="Arial"/>
          <w:b/>
          <w:color w:val="000000"/>
          <w:sz w:val="26"/>
        </w:rPr>
        <w:t>FORM 1 - CEP CERTIFICATE VERIFICATION, APPROVAL SHEET</w:t>
      </w:r>
      <w:r>
        <w:br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952E40" w14:paraId="3C8807FF" w14:textId="77777777">
        <w:trPr>
          <w:jc w:val="center"/>
        </w:trPr>
        <w:tc>
          <w:tcPr>
            <w:tcW w:w="10036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7F7F7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C3E491F" w14:textId="77777777" w:rsidR="00952E40" w:rsidRDefault="00000000">
            <w:pPr>
              <w:spacing w:line="240" w:lineRule="auto"/>
            </w:pPr>
            <w:r>
              <w:rPr>
                <w:rFonts w:ascii="Arial" w:eastAsia="Arial" w:hAnsi="Arial"/>
                <w:color w:val="333333"/>
                <w:sz w:val="18"/>
              </w:rPr>
              <w:t>Use this form for certificate issue approval under C-CEOP. As per the Manual, CEP certificates are to be verified by the C-CEOP Office and approved and signed physically or electronically by the Head, C-CEOP.</w:t>
            </w:r>
          </w:p>
        </w:tc>
      </w:tr>
    </w:tbl>
    <w:p w14:paraId="49A7A464" w14:textId="77777777" w:rsidR="00952E40" w:rsidRDefault="00952E4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952E40" w14:paraId="0CF7EAA8" w14:textId="77777777">
        <w:trPr>
          <w:jc w:val="center"/>
        </w:trPr>
        <w:tc>
          <w:tcPr>
            <w:tcW w:w="10036" w:type="dxa"/>
            <w:tcBorders>
              <w:top w:val="single" w:sz="10" w:space="0" w:color="9FB6D8"/>
              <w:left w:val="single" w:sz="10" w:space="0" w:color="9FB6D8"/>
              <w:bottom w:val="single" w:sz="10" w:space="0" w:color="9FB6D8"/>
              <w:right w:val="single" w:sz="10" w:space="0" w:color="9FB6D8"/>
            </w:tcBorders>
            <w:shd w:val="clear" w:color="auto" w:fill="D9E2F3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F5A799A" w14:textId="77777777" w:rsidR="00952E40" w:rsidRDefault="00000000">
            <w:r>
              <w:rPr>
                <w:rFonts w:ascii="Arial" w:eastAsia="Arial" w:hAnsi="Arial"/>
                <w:b/>
                <w:color w:val="1F1F1F"/>
                <w:sz w:val="21"/>
              </w:rPr>
              <w:t xml:space="preserve">A. </w:t>
            </w:r>
            <w:proofErr w:type="spellStart"/>
            <w:r>
              <w:rPr>
                <w:rFonts w:ascii="Arial" w:eastAsia="Arial" w:hAnsi="Arial"/>
                <w:b/>
                <w:color w:val="1F1F1F"/>
                <w:sz w:val="21"/>
              </w:rPr>
              <w:t>Programme</w:t>
            </w:r>
            <w:proofErr w:type="spellEnd"/>
            <w:r>
              <w:rPr>
                <w:rFonts w:ascii="Arial" w:eastAsia="Arial" w:hAnsi="Arial"/>
                <w:b/>
                <w:color w:val="1F1F1F"/>
                <w:sz w:val="21"/>
              </w:rPr>
              <w:t xml:space="preserve"> Identification</w:t>
            </w:r>
          </w:p>
        </w:tc>
      </w:tr>
    </w:tbl>
    <w:p w14:paraId="1DF1DD1D" w14:textId="77777777" w:rsidR="00952E40" w:rsidRDefault="00952E4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7200"/>
      </w:tblGrid>
      <w:tr w:rsidR="00952E40" w14:paraId="408BA98A" w14:textId="77777777">
        <w:trPr>
          <w:jc w:val="center"/>
        </w:trPr>
        <w:tc>
          <w:tcPr>
            <w:tcW w:w="288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2BC7035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20"/>
              </w:rPr>
              <w:t xml:space="preserve">Name of CEP / Course /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Programme</w:t>
            </w:r>
            <w:proofErr w:type="spellEnd"/>
          </w:p>
        </w:tc>
        <w:tc>
          <w:tcPr>
            <w:tcW w:w="72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22996D0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20"/>
              </w:rPr>
              <w:t>______________________________________________</w:t>
            </w:r>
          </w:p>
        </w:tc>
      </w:tr>
      <w:tr w:rsidR="00952E40" w14:paraId="482FBBD2" w14:textId="77777777">
        <w:trPr>
          <w:jc w:val="center"/>
        </w:trPr>
        <w:tc>
          <w:tcPr>
            <w:tcW w:w="288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8F3F643" w14:textId="3893F31C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20"/>
              </w:rPr>
              <w:t>Academic Unit / Department / Cent</w:t>
            </w:r>
            <w:r w:rsidR="000A4543">
              <w:rPr>
                <w:rFonts w:ascii="Arial" w:eastAsia="Arial" w:hAnsi="Arial"/>
                <w:color w:val="000000"/>
                <w:sz w:val="20"/>
              </w:rPr>
              <w:t>er</w:t>
            </w:r>
          </w:p>
        </w:tc>
        <w:tc>
          <w:tcPr>
            <w:tcW w:w="72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23B4E17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20"/>
              </w:rPr>
              <w:t>______________________________________________</w:t>
            </w:r>
          </w:p>
        </w:tc>
      </w:tr>
      <w:tr w:rsidR="00952E40" w14:paraId="64FB9BEC" w14:textId="77777777">
        <w:trPr>
          <w:jc w:val="center"/>
        </w:trPr>
        <w:tc>
          <w:tcPr>
            <w:tcW w:w="288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A453D9B" w14:textId="77777777" w:rsidR="00952E40" w:rsidRDefault="00000000">
            <w:pPr>
              <w:spacing w:after="0" w:line="240" w:lineRule="auto"/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Programme</w:t>
            </w:r>
            <w:proofErr w:type="spellEnd"/>
            <w:r>
              <w:rPr>
                <w:rFonts w:ascii="Arial" w:eastAsia="Arial" w:hAnsi="Arial"/>
                <w:color w:val="000000"/>
                <w:sz w:val="20"/>
              </w:rPr>
              <w:t xml:space="preserve"> Coordinator</w:t>
            </w:r>
          </w:p>
        </w:tc>
        <w:tc>
          <w:tcPr>
            <w:tcW w:w="72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D5946BC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20"/>
              </w:rPr>
              <w:t>______________________________________________</w:t>
            </w:r>
          </w:p>
        </w:tc>
      </w:tr>
      <w:tr w:rsidR="00952E40" w14:paraId="528207BC" w14:textId="77777777">
        <w:trPr>
          <w:jc w:val="center"/>
        </w:trPr>
        <w:tc>
          <w:tcPr>
            <w:tcW w:w="288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3998FDE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20"/>
              </w:rPr>
              <w:t>Approval Reference / Sanction No. and Date</w:t>
            </w:r>
          </w:p>
        </w:tc>
        <w:tc>
          <w:tcPr>
            <w:tcW w:w="72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530F709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20"/>
              </w:rPr>
              <w:t>______________________________________________</w:t>
            </w:r>
          </w:p>
        </w:tc>
      </w:tr>
    </w:tbl>
    <w:p w14:paraId="616F8D9D" w14:textId="77777777" w:rsidR="00952E40" w:rsidRDefault="00952E4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68"/>
        <w:gridCol w:w="4968"/>
      </w:tblGrid>
      <w:tr w:rsidR="00952E40" w14:paraId="6DC3E77E" w14:textId="77777777">
        <w:trPr>
          <w:jc w:val="center"/>
        </w:trPr>
        <w:tc>
          <w:tcPr>
            <w:tcW w:w="9936" w:type="dxa"/>
            <w:gridSpan w:val="2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F98A378" w14:textId="77777777" w:rsidR="00952E40" w:rsidRDefault="00000000">
            <w:pPr>
              <w:spacing w:after="0" w:line="240" w:lineRule="auto"/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8"/>
              </w:rPr>
              <w:t>Programme</w:t>
            </w:r>
            <w:proofErr w:type="spellEnd"/>
            <w:r>
              <w:rPr>
                <w:rFonts w:ascii="Arial" w:eastAsia="Arial" w:hAnsi="Arial"/>
                <w:b/>
                <w:color w:val="000000"/>
                <w:sz w:val="18"/>
              </w:rPr>
              <w:t xml:space="preserve"> Category (tick one or more, as applicable)</w:t>
            </w:r>
          </w:p>
        </w:tc>
      </w:tr>
      <w:tr w:rsidR="00952E40" w14:paraId="3E419DAD" w14:textId="77777777">
        <w:trPr>
          <w:jc w:val="center"/>
        </w:trPr>
        <w:tc>
          <w:tcPr>
            <w:tcW w:w="496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F94AFC2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 xml:space="preserve">☐ Degree </w:t>
            </w:r>
            <w:proofErr w:type="spellStart"/>
            <w:r>
              <w:rPr>
                <w:rFonts w:ascii="Arial" w:eastAsia="Arial" w:hAnsi="Arial"/>
                <w:color w:val="000000"/>
                <w:sz w:val="18"/>
              </w:rPr>
              <w:t>Programme</w:t>
            </w:r>
            <w:proofErr w:type="spellEnd"/>
            <w:r>
              <w:rPr>
                <w:rFonts w:ascii="Arial" w:eastAsia="Arial" w:hAnsi="Arial"/>
                <w:color w:val="000000"/>
                <w:sz w:val="18"/>
              </w:rPr>
              <w:t xml:space="preserve"> (</w:t>
            </w:r>
            <w:proofErr w:type="spellStart"/>
            <w:r>
              <w:rPr>
                <w:rFonts w:ascii="Arial" w:eastAsia="Arial" w:hAnsi="Arial"/>
                <w:color w:val="000000"/>
                <w:sz w:val="18"/>
              </w:rPr>
              <w:t>eMTech</w:t>
            </w:r>
            <w:proofErr w:type="spellEnd"/>
            <w:r>
              <w:rPr>
                <w:rFonts w:ascii="Arial" w:eastAsia="Arial" w:hAnsi="Arial"/>
                <w:color w:val="000000"/>
                <w:sz w:val="18"/>
              </w:rPr>
              <w:t xml:space="preserve"> / </w:t>
            </w:r>
            <w:proofErr w:type="spellStart"/>
            <w:r>
              <w:rPr>
                <w:rFonts w:ascii="Arial" w:eastAsia="Arial" w:hAnsi="Arial"/>
                <w:color w:val="000000"/>
                <w:sz w:val="18"/>
              </w:rPr>
              <w:t>eMBA</w:t>
            </w:r>
            <w:proofErr w:type="spellEnd"/>
            <w:r>
              <w:rPr>
                <w:rFonts w:ascii="Arial" w:eastAsia="Arial" w:hAnsi="Arial"/>
                <w:color w:val="000000"/>
                <w:sz w:val="18"/>
              </w:rPr>
              <w:t xml:space="preserve"> / other)</w:t>
            </w:r>
            <w:r>
              <w:rPr>
                <w:rFonts w:ascii="Arial" w:eastAsia="Arial" w:hAnsi="Arial"/>
                <w:color w:val="000000"/>
                <w:sz w:val="18"/>
              </w:rPr>
              <w:br/>
              <w:t>☐ Non-Degree CEP / PG Diploma</w:t>
            </w:r>
            <w:r>
              <w:rPr>
                <w:rFonts w:ascii="Arial" w:eastAsia="Arial" w:hAnsi="Arial"/>
                <w:color w:val="000000"/>
                <w:sz w:val="18"/>
              </w:rPr>
              <w:br/>
              <w:t>☐ Short-term or Semester-long Proficiency Certification</w:t>
            </w:r>
            <w:r>
              <w:rPr>
                <w:rFonts w:ascii="Arial" w:eastAsia="Arial" w:hAnsi="Arial"/>
                <w:color w:val="000000"/>
                <w:sz w:val="18"/>
              </w:rPr>
              <w:br/>
              <w:t xml:space="preserve">☐ Executive / Advanced Certification </w:t>
            </w:r>
            <w:proofErr w:type="spellStart"/>
            <w:r>
              <w:rPr>
                <w:rFonts w:ascii="Arial" w:eastAsia="Arial" w:hAnsi="Arial"/>
                <w:color w:val="000000"/>
                <w:sz w:val="18"/>
              </w:rPr>
              <w:t>Programme</w:t>
            </w:r>
            <w:proofErr w:type="spellEnd"/>
            <w:r>
              <w:rPr>
                <w:rFonts w:ascii="Arial" w:eastAsia="Arial" w:hAnsi="Arial"/>
                <w:color w:val="000000"/>
                <w:sz w:val="18"/>
              </w:rPr>
              <w:br/>
              <w:t>☐ FDP / MDP / LDP</w:t>
            </w:r>
            <w:r>
              <w:rPr>
                <w:rFonts w:ascii="Arial" w:eastAsia="Arial" w:hAnsi="Arial"/>
                <w:color w:val="000000"/>
                <w:sz w:val="18"/>
              </w:rPr>
              <w:br/>
              <w:t>☐ Short-term Course / Workshop / Seminar</w:t>
            </w:r>
          </w:p>
        </w:tc>
        <w:tc>
          <w:tcPr>
            <w:tcW w:w="496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6275701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 xml:space="preserve">☐ Government / Industry Sponsored </w:t>
            </w:r>
            <w:proofErr w:type="spellStart"/>
            <w:r>
              <w:rPr>
                <w:rFonts w:ascii="Arial" w:eastAsia="Arial" w:hAnsi="Arial"/>
                <w:color w:val="000000"/>
                <w:sz w:val="18"/>
              </w:rPr>
              <w:t>Programme</w:t>
            </w:r>
            <w:proofErr w:type="spellEnd"/>
            <w:r>
              <w:rPr>
                <w:rFonts w:ascii="Arial" w:eastAsia="Arial" w:hAnsi="Arial"/>
                <w:color w:val="000000"/>
                <w:sz w:val="18"/>
              </w:rPr>
              <w:br/>
              <w:t xml:space="preserve">☐ Student-Conducted </w:t>
            </w:r>
            <w:proofErr w:type="spellStart"/>
            <w:r>
              <w:rPr>
                <w:rFonts w:ascii="Arial" w:eastAsia="Arial" w:hAnsi="Arial"/>
                <w:color w:val="000000"/>
                <w:sz w:val="18"/>
              </w:rPr>
              <w:t>Programme</w:t>
            </w:r>
            <w:proofErr w:type="spellEnd"/>
            <w:r>
              <w:rPr>
                <w:rFonts w:ascii="Arial" w:eastAsia="Arial" w:hAnsi="Arial"/>
                <w:color w:val="000000"/>
                <w:sz w:val="18"/>
              </w:rPr>
              <w:br/>
              <w:t xml:space="preserve">☐ Internship / Training </w:t>
            </w:r>
            <w:proofErr w:type="spellStart"/>
            <w:r>
              <w:rPr>
                <w:rFonts w:ascii="Arial" w:eastAsia="Arial" w:hAnsi="Arial"/>
                <w:color w:val="000000"/>
                <w:sz w:val="18"/>
              </w:rPr>
              <w:t>Programme</w:t>
            </w:r>
            <w:proofErr w:type="spellEnd"/>
            <w:r>
              <w:rPr>
                <w:rFonts w:ascii="Arial" w:eastAsia="Arial" w:hAnsi="Arial"/>
                <w:color w:val="000000"/>
                <w:sz w:val="18"/>
              </w:rPr>
              <w:br/>
              <w:t>☐ Conference / Webinar / Symposium / Colloquium</w:t>
            </w:r>
            <w:r>
              <w:rPr>
                <w:rFonts w:ascii="Arial" w:eastAsia="Arial" w:hAnsi="Arial"/>
                <w:color w:val="000000"/>
                <w:sz w:val="18"/>
              </w:rPr>
              <w:br/>
              <w:t xml:space="preserve">☐ Institutional Collaboration </w:t>
            </w:r>
            <w:proofErr w:type="spellStart"/>
            <w:r>
              <w:rPr>
                <w:rFonts w:ascii="Arial" w:eastAsia="Arial" w:hAnsi="Arial"/>
                <w:color w:val="000000"/>
                <w:sz w:val="18"/>
              </w:rPr>
              <w:t>Programme</w:t>
            </w:r>
            <w:proofErr w:type="spellEnd"/>
            <w:r>
              <w:rPr>
                <w:rFonts w:ascii="Arial" w:eastAsia="Arial" w:hAnsi="Arial"/>
                <w:color w:val="000000"/>
                <w:sz w:val="18"/>
              </w:rPr>
              <w:br/>
              <w:t>☐ Other: ______________________________</w:t>
            </w:r>
          </w:p>
        </w:tc>
      </w:tr>
    </w:tbl>
    <w:p w14:paraId="764AC74B" w14:textId="77777777" w:rsidR="00952E40" w:rsidRDefault="00952E4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952E40" w14:paraId="17683A76" w14:textId="77777777">
        <w:trPr>
          <w:jc w:val="center"/>
        </w:trPr>
        <w:tc>
          <w:tcPr>
            <w:tcW w:w="10036" w:type="dxa"/>
            <w:tcBorders>
              <w:top w:val="single" w:sz="10" w:space="0" w:color="9FB6D8"/>
              <w:left w:val="single" w:sz="10" w:space="0" w:color="9FB6D8"/>
              <w:bottom w:val="single" w:sz="10" w:space="0" w:color="9FB6D8"/>
              <w:right w:val="single" w:sz="10" w:space="0" w:color="9FB6D8"/>
            </w:tcBorders>
            <w:shd w:val="clear" w:color="auto" w:fill="D9E2F3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DCC7318" w14:textId="77777777" w:rsidR="00952E40" w:rsidRDefault="00000000">
            <w:r>
              <w:rPr>
                <w:rFonts w:ascii="Arial" w:eastAsia="Arial" w:hAnsi="Arial"/>
                <w:b/>
                <w:color w:val="1F1F1F"/>
                <w:sz w:val="21"/>
              </w:rPr>
              <w:t>B. Participant and Certificate Summary</w:t>
            </w:r>
          </w:p>
        </w:tc>
      </w:tr>
    </w:tbl>
    <w:p w14:paraId="14977312" w14:textId="77777777" w:rsidR="00952E40" w:rsidRDefault="00952E4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2088"/>
        <w:gridCol w:w="2880"/>
        <w:gridCol w:w="2232"/>
      </w:tblGrid>
      <w:tr w:rsidR="00952E40" w14:paraId="4408D910" w14:textId="77777777">
        <w:trPr>
          <w:jc w:val="center"/>
        </w:trPr>
        <w:tc>
          <w:tcPr>
            <w:tcW w:w="288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12647D8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Total registered participants</w:t>
            </w:r>
          </w:p>
        </w:tc>
        <w:tc>
          <w:tcPr>
            <w:tcW w:w="208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49ED5D5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______</w:t>
            </w:r>
          </w:p>
        </w:tc>
        <w:tc>
          <w:tcPr>
            <w:tcW w:w="288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C7DEDDF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Total eligible for certificate</w:t>
            </w:r>
          </w:p>
        </w:tc>
        <w:tc>
          <w:tcPr>
            <w:tcW w:w="223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61B6544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______</w:t>
            </w:r>
          </w:p>
        </w:tc>
      </w:tr>
      <w:tr w:rsidR="00952E40" w14:paraId="7408A1D3" w14:textId="77777777">
        <w:trPr>
          <w:jc w:val="center"/>
        </w:trPr>
        <w:tc>
          <w:tcPr>
            <w:tcW w:w="288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27C2237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Total certificates proposed</w:t>
            </w:r>
          </w:p>
        </w:tc>
        <w:tc>
          <w:tcPr>
            <w:tcW w:w="208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F3964EF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______</w:t>
            </w:r>
          </w:p>
        </w:tc>
        <w:tc>
          <w:tcPr>
            <w:tcW w:w="288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7E1ED35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Certificate serial range</w:t>
            </w:r>
          </w:p>
        </w:tc>
        <w:tc>
          <w:tcPr>
            <w:tcW w:w="223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155CF91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______</w:t>
            </w:r>
          </w:p>
        </w:tc>
      </w:tr>
      <w:tr w:rsidR="00952E40" w14:paraId="1E187479" w14:textId="77777777">
        <w:trPr>
          <w:jc w:val="center"/>
        </w:trPr>
        <w:tc>
          <w:tcPr>
            <w:tcW w:w="288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A3505AE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Certificate type</w:t>
            </w:r>
          </w:p>
        </w:tc>
        <w:tc>
          <w:tcPr>
            <w:tcW w:w="208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F279896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Completion / Participation / Proficiency / Other</w:t>
            </w:r>
          </w:p>
        </w:tc>
        <w:tc>
          <w:tcPr>
            <w:tcW w:w="288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D158B0F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Delivery mode</w:t>
            </w:r>
          </w:p>
        </w:tc>
        <w:tc>
          <w:tcPr>
            <w:tcW w:w="223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E848CBF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Online / Offline / Hybrid</w:t>
            </w:r>
          </w:p>
        </w:tc>
      </w:tr>
      <w:tr w:rsidR="00952E40" w14:paraId="2E786FB0" w14:textId="77777777">
        <w:trPr>
          <w:jc w:val="center"/>
        </w:trPr>
        <w:tc>
          <w:tcPr>
            <w:tcW w:w="288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B390DD1" w14:textId="77777777" w:rsidR="00952E40" w:rsidRDefault="00000000">
            <w:pPr>
              <w:spacing w:after="0" w:line="240" w:lineRule="auto"/>
            </w:pPr>
            <w:proofErr w:type="spellStart"/>
            <w:r>
              <w:rPr>
                <w:rFonts w:ascii="Arial" w:eastAsia="Arial" w:hAnsi="Arial"/>
                <w:color w:val="000000"/>
                <w:sz w:val="18"/>
              </w:rPr>
              <w:t>Programme</w:t>
            </w:r>
            <w:proofErr w:type="spellEnd"/>
            <w:r>
              <w:rPr>
                <w:rFonts w:ascii="Arial" w:eastAsia="Arial" w:hAnsi="Arial"/>
                <w:color w:val="000000"/>
                <w:sz w:val="18"/>
              </w:rPr>
              <w:t xml:space="preserve"> start date</w:t>
            </w:r>
          </w:p>
        </w:tc>
        <w:tc>
          <w:tcPr>
            <w:tcW w:w="208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6D3C5D2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______</w:t>
            </w:r>
          </w:p>
        </w:tc>
        <w:tc>
          <w:tcPr>
            <w:tcW w:w="288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558DA49" w14:textId="77777777" w:rsidR="00952E40" w:rsidRDefault="00000000">
            <w:pPr>
              <w:spacing w:after="0" w:line="240" w:lineRule="auto"/>
            </w:pPr>
            <w:proofErr w:type="spellStart"/>
            <w:r>
              <w:rPr>
                <w:rFonts w:ascii="Arial" w:eastAsia="Arial" w:hAnsi="Arial"/>
                <w:color w:val="000000"/>
                <w:sz w:val="18"/>
              </w:rPr>
              <w:t>Programme</w:t>
            </w:r>
            <w:proofErr w:type="spellEnd"/>
            <w:r>
              <w:rPr>
                <w:rFonts w:ascii="Arial" w:eastAsia="Arial" w:hAnsi="Arial"/>
                <w:color w:val="000000"/>
                <w:sz w:val="18"/>
              </w:rPr>
              <w:t xml:space="preserve"> end date</w:t>
            </w:r>
          </w:p>
        </w:tc>
        <w:tc>
          <w:tcPr>
            <w:tcW w:w="223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CBB09EB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______</w:t>
            </w:r>
          </w:p>
        </w:tc>
      </w:tr>
      <w:tr w:rsidR="00952E40" w14:paraId="3F3C006D" w14:textId="77777777">
        <w:trPr>
          <w:jc w:val="center"/>
        </w:trPr>
        <w:tc>
          <w:tcPr>
            <w:tcW w:w="288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D617B64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Certificate issue date proposed</w:t>
            </w:r>
          </w:p>
        </w:tc>
        <w:tc>
          <w:tcPr>
            <w:tcW w:w="208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FC79DF7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______</w:t>
            </w:r>
          </w:p>
        </w:tc>
        <w:tc>
          <w:tcPr>
            <w:tcW w:w="288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804097D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Certificate template version</w:t>
            </w:r>
          </w:p>
        </w:tc>
        <w:tc>
          <w:tcPr>
            <w:tcW w:w="2232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DECC485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______</w:t>
            </w:r>
          </w:p>
        </w:tc>
      </w:tr>
    </w:tbl>
    <w:p w14:paraId="7BE934D4" w14:textId="77777777" w:rsidR="00952E40" w:rsidRDefault="00952E4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952E40" w14:paraId="604E4416" w14:textId="77777777">
        <w:trPr>
          <w:jc w:val="center"/>
        </w:trPr>
        <w:tc>
          <w:tcPr>
            <w:tcW w:w="10036" w:type="dxa"/>
            <w:tcBorders>
              <w:top w:val="single" w:sz="10" w:space="0" w:color="9FB6D8"/>
              <w:left w:val="single" w:sz="10" w:space="0" w:color="9FB6D8"/>
              <w:bottom w:val="single" w:sz="10" w:space="0" w:color="9FB6D8"/>
              <w:right w:val="single" w:sz="10" w:space="0" w:color="9FB6D8"/>
            </w:tcBorders>
            <w:shd w:val="clear" w:color="auto" w:fill="D9E2F3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C9CA40C" w14:textId="77777777" w:rsidR="00952E40" w:rsidRDefault="00000000">
            <w:r>
              <w:rPr>
                <w:rFonts w:ascii="Arial" w:eastAsia="Arial" w:hAnsi="Arial"/>
                <w:b/>
                <w:color w:val="1F1F1F"/>
                <w:sz w:val="21"/>
              </w:rPr>
              <w:t>C. Certificate Particulars</w:t>
            </w:r>
          </w:p>
        </w:tc>
      </w:tr>
    </w:tbl>
    <w:p w14:paraId="3596F721" w14:textId="77777777" w:rsidR="00952E40" w:rsidRDefault="00952E4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7128"/>
      </w:tblGrid>
      <w:tr w:rsidR="00952E40" w14:paraId="4C6B640B" w14:textId="77777777">
        <w:trPr>
          <w:jc w:val="center"/>
        </w:trPr>
        <w:tc>
          <w:tcPr>
            <w:tcW w:w="309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B937F7B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9"/>
              </w:rPr>
              <w:t>Title appearing on certificate</w:t>
            </w:r>
          </w:p>
        </w:tc>
        <w:tc>
          <w:tcPr>
            <w:tcW w:w="712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48E915C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9"/>
              </w:rPr>
              <w:t>____________________________________________________________</w:t>
            </w:r>
          </w:p>
        </w:tc>
      </w:tr>
      <w:tr w:rsidR="00952E40" w14:paraId="5CE5DA70" w14:textId="77777777">
        <w:trPr>
          <w:jc w:val="center"/>
        </w:trPr>
        <w:tc>
          <w:tcPr>
            <w:tcW w:w="309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EE9C9DE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9"/>
              </w:rPr>
              <w:t>Award / credential to be certified</w:t>
            </w:r>
          </w:p>
        </w:tc>
        <w:tc>
          <w:tcPr>
            <w:tcW w:w="712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9F23B9C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9"/>
              </w:rPr>
              <w:t>____________________________________________________________</w:t>
            </w:r>
          </w:p>
        </w:tc>
      </w:tr>
      <w:tr w:rsidR="00952E40" w14:paraId="57B977B7" w14:textId="77777777">
        <w:trPr>
          <w:jc w:val="center"/>
        </w:trPr>
        <w:tc>
          <w:tcPr>
            <w:tcW w:w="309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8F9E3CF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9"/>
              </w:rPr>
              <w:t>Eligibility rule applied</w:t>
            </w:r>
          </w:p>
        </w:tc>
        <w:tc>
          <w:tcPr>
            <w:tcW w:w="712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5A57656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9"/>
              </w:rPr>
              <w:t>☐ 80% attendance rule   ☐ 75% attendance rule   ☐ Approved special condition</w:t>
            </w:r>
          </w:p>
        </w:tc>
      </w:tr>
      <w:tr w:rsidR="00952E40" w14:paraId="4790CB4E" w14:textId="77777777">
        <w:trPr>
          <w:jc w:val="center"/>
        </w:trPr>
        <w:tc>
          <w:tcPr>
            <w:tcW w:w="309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1328359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9"/>
              </w:rPr>
              <w:lastRenderedPageBreak/>
              <w:t>Assessment requirement</w:t>
            </w:r>
          </w:p>
        </w:tc>
        <w:tc>
          <w:tcPr>
            <w:tcW w:w="712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9E594F9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9"/>
              </w:rPr>
              <w:t>☐ Not applicable   ☐ Completed   ☐ Qualified / Passed   ☐ Other: ____________</w:t>
            </w:r>
          </w:p>
        </w:tc>
      </w:tr>
      <w:tr w:rsidR="00952E40" w14:paraId="09D4E28C" w14:textId="77777777">
        <w:trPr>
          <w:jc w:val="center"/>
        </w:trPr>
        <w:tc>
          <w:tcPr>
            <w:tcW w:w="309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8D4532E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9"/>
              </w:rPr>
              <w:t>Digital / physical signing mode</w:t>
            </w:r>
          </w:p>
        </w:tc>
        <w:tc>
          <w:tcPr>
            <w:tcW w:w="712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487D3CB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9"/>
              </w:rPr>
              <w:t>☐ Physical signature   ☐ Electronic signature   ☐ Digital certificate workflow</w:t>
            </w:r>
          </w:p>
        </w:tc>
      </w:tr>
    </w:tbl>
    <w:p w14:paraId="4703D97E" w14:textId="77777777" w:rsidR="00952E40" w:rsidRDefault="00952E4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952E40" w14:paraId="2DDB0F5C" w14:textId="77777777">
        <w:trPr>
          <w:jc w:val="center"/>
        </w:trPr>
        <w:tc>
          <w:tcPr>
            <w:tcW w:w="10036" w:type="dxa"/>
            <w:tcBorders>
              <w:top w:val="single" w:sz="10" w:space="0" w:color="9FB6D8"/>
              <w:left w:val="single" w:sz="10" w:space="0" w:color="9FB6D8"/>
              <w:bottom w:val="single" w:sz="10" w:space="0" w:color="9FB6D8"/>
              <w:right w:val="single" w:sz="10" w:space="0" w:color="9FB6D8"/>
            </w:tcBorders>
            <w:shd w:val="clear" w:color="auto" w:fill="D9E2F3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9BB9F4C" w14:textId="77777777" w:rsidR="00952E40" w:rsidRDefault="00000000">
            <w:r>
              <w:rPr>
                <w:rFonts w:ascii="Arial" w:eastAsia="Arial" w:hAnsi="Arial"/>
                <w:b/>
                <w:color w:val="1F1F1F"/>
                <w:sz w:val="21"/>
              </w:rPr>
              <w:t xml:space="preserve">D. Record Verification by </w:t>
            </w:r>
            <w:proofErr w:type="spellStart"/>
            <w:r>
              <w:rPr>
                <w:rFonts w:ascii="Arial" w:eastAsia="Arial" w:hAnsi="Arial"/>
                <w:b/>
                <w:color w:val="1F1F1F"/>
                <w:sz w:val="21"/>
              </w:rPr>
              <w:t>Programme</w:t>
            </w:r>
            <w:proofErr w:type="spellEnd"/>
            <w:r>
              <w:rPr>
                <w:rFonts w:ascii="Arial" w:eastAsia="Arial" w:hAnsi="Arial"/>
                <w:b/>
                <w:color w:val="1F1F1F"/>
                <w:sz w:val="21"/>
              </w:rPr>
              <w:t xml:space="preserve"> Coordinator</w:t>
            </w:r>
          </w:p>
        </w:tc>
      </w:tr>
    </w:tbl>
    <w:p w14:paraId="47E913DD" w14:textId="77777777" w:rsidR="00952E40" w:rsidRDefault="00952E4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936"/>
        <w:gridCol w:w="936"/>
        <w:gridCol w:w="4608"/>
      </w:tblGrid>
      <w:tr w:rsidR="00952E40" w14:paraId="3440681A" w14:textId="77777777">
        <w:trPr>
          <w:jc w:val="center"/>
        </w:trPr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3ABDE26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Item checked</w:t>
            </w:r>
          </w:p>
        </w:tc>
        <w:tc>
          <w:tcPr>
            <w:tcW w:w="93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37641FB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Yes</w:t>
            </w:r>
          </w:p>
        </w:tc>
        <w:tc>
          <w:tcPr>
            <w:tcW w:w="93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ACDFC6B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No</w:t>
            </w:r>
          </w:p>
        </w:tc>
        <w:tc>
          <w:tcPr>
            <w:tcW w:w="460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B598496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Remarks / record reference</w:t>
            </w:r>
          </w:p>
        </w:tc>
      </w:tr>
      <w:tr w:rsidR="00952E40" w14:paraId="20C2FF66" w14:textId="77777777">
        <w:trPr>
          <w:jc w:val="center"/>
        </w:trPr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5E67FCB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 xml:space="preserve">Participant list </w:t>
            </w:r>
            <w:proofErr w:type="spellStart"/>
            <w:r>
              <w:rPr>
                <w:rFonts w:ascii="Arial" w:eastAsia="Arial" w:hAnsi="Arial"/>
                <w:color w:val="000000"/>
                <w:sz w:val="18"/>
              </w:rPr>
              <w:t>finalised</w:t>
            </w:r>
            <w:proofErr w:type="spellEnd"/>
            <w:r>
              <w:rPr>
                <w:rFonts w:ascii="Arial" w:eastAsia="Arial" w:hAnsi="Arial"/>
                <w:color w:val="000000"/>
                <w:sz w:val="18"/>
              </w:rPr>
              <w:t xml:space="preserve"> and matched with registration records</w:t>
            </w:r>
          </w:p>
        </w:tc>
        <w:tc>
          <w:tcPr>
            <w:tcW w:w="93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6C15A20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☐</w:t>
            </w:r>
          </w:p>
        </w:tc>
        <w:tc>
          <w:tcPr>
            <w:tcW w:w="93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2AB4D21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☐</w:t>
            </w:r>
          </w:p>
        </w:tc>
        <w:tc>
          <w:tcPr>
            <w:tcW w:w="460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0BA93C0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________________________________</w:t>
            </w:r>
          </w:p>
        </w:tc>
      </w:tr>
      <w:tr w:rsidR="00952E40" w14:paraId="044F45AD" w14:textId="77777777">
        <w:trPr>
          <w:jc w:val="center"/>
        </w:trPr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3CCACF1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Attendance statement verified against approved attendance requirement</w:t>
            </w:r>
          </w:p>
        </w:tc>
        <w:tc>
          <w:tcPr>
            <w:tcW w:w="93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E137EEF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☐</w:t>
            </w:r>
          </w:p>
        </w:tc>
        <w:tc>
          <w:tcPr>
            <w:tcW w:w="93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CF94129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☐</w:t>
            </w:r>
          </w:p>
        </w:tc>
        <w:tc>
          <w:tcPr>
            <w:tcW w:w="460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1458D6D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________________________________</w:t>
            </w:r>
          </w:p>
        </w:tc>
      </w:tr>
      <w:tr w:rsidR="00952E40" w14:paraId="4C9F09FE" w14:textId="77777777">
        <w:trPr>
          <w:jc w:val="center"/>
        </w:trPr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70309E5D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Assessment / evaluation record compiled, where applicable</w:t>
            </w:r>
          </w:p>
        </w:tc>
        <w:tc>
          <w:tcPr>
            <w:tcW w:w="93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4384F8C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☐</w:t>
            </w:r>
          </w:p>
        </w:tc>
        <w:tc>
          <w:tcPr>
            <w:tcW w:w="93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F5067C7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☐</w:t>
            </w:r>
          </w:p>
        </w:tc>
        <w:tc>
          <w:tcPr>
            <w:tcW w:w="460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AAA26CA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________________________________</w:t>
            </w:r>
          </w:p>
        </w:tc>
      </w:tr>
      <w:tr w:rsidR="00952E40" w14:paraId="51D5CAD9" w14:textId="77777777">
        <w:trPr>
          <w:jc w:val="center"/>
        </w:trPr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C4F43B9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Certificate names, spellings, and identifiers cross-checked</w:t>
            </w:r>
          </w:p>
        </w:tc>
        <w:tc>
          <w:tcPr>
            <w:tcW w:w="93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7E5B9A4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☐</w:t>
            </w:r>
          </w:p>
        </w:tc>
        <w:tc>
          <w:tcPr>
            <w:tcW w:w="93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30FB394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☐</w:t>
            </w:r>
          </w:p>
        </w:tc>
        <w:tc>
          <w:tcPr>
            <w:tcW w:w="460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C68F6EE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________________________________</w:t>
            </w:r>
          </w:p>
        </w:tc>
      </w:tr>
      <w:tr w:rsidR="00952E40" w14:paraId="0ADD4B95" w14:textId="77777777">
        <w:trPr>
          <w:jc w:val="center"/>
        </w:trPr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1D3BE20" w14:textId="77777777" w:rsidR="00952E40" w:rsidRDefault="00000000">
            <w:pPr>
              <w:spacing w:after="0" w:line="240" w:lineRule="auto"/>
            </w:pPr>
            <w:proofErr w:type="spellStart"/>
            <w:r>
              <w:rPr>
                <w:rFonts w:ascii="Arial" w:eastAsia="Arial" w:hAnsi="Arial"/>
                <w:color w:val="000000"/>
                <w:sz w:val="18"/>
              </w:rPr>
              <w:t>Programme</w:t>
            </w:r>
            <w:proofErr w:type="spellEnd"/>
            <w:r>
              <w:rPr>
                <w:rFonts w:ascii="Arial" w:eastAsia="Arial" w:hAnsi="Arial"/>
                <w:color w:val="000000"/>
                <w:sz w:val="18"/>
              </w:rPr>
              <w:t xml:space="preserve"> approval and completion </w:t>
            </w:r>
            <w:proofErr w:type="gramStart"/>
            <w:r>
              <w:rPr>
                <w:rFonts w:ascii="Arial" w:eastAsia="Arial" w:hAnsi="Arial"/>
                <w:color w:val="000000"/>
                <w:sz w:val="18"/>
              </w:rPr>
              <w:t>records</w:t>
            </w:r>
            <w:proofErr w:type="gramEnd"/>
            <w:r>
              <w:rPr>
                <w:rFonts w:ascii="Arial" w:eastAsia="Arial" w:hAnsi="Arial"/>
                <w:color w:val="000000"/>
                <w:sz w:val="18"/>
              </w:rPr>
              <w:t xml:space="preserve"> available</w:t>
            </w:r>
          </w:p>
        </w:tc>
        <w:tc>
          <w:tcPr>
            <w:tcW w:w="93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3319C8F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☐</w:t>
            </w:r>
          </w:p>
        </w:tc>
        <w:tc>
          <w:tcPr>
            <w:tcW w:w="93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14FBFA4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☐</w:t>
            </w:r>
          </w:p>
        </w:tc>
        <w:tc>
          <w:tcPr>
            <w:tcW w:w="460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B77B812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________________________________</w:t>
            </w:r>
          </w:p>
        </w:tc>
      </w:tr>
      <w:tr w:rsidR="00952E40" w14:paraId="40BE9CC6" w14:textId="77777777">
        <w:trPr>
          <w:jc w:val="center"/>
        </w:trPr>
        <w:tc>
          <w:tcPr>
            <w:tcW w:w="36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6A939B7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All records forwarded to C-CEOP Office for verification</w:t>
            </w:r>
          </w:p>
        </w:tc>
        <w:tc>
          <w:tcPr>
            <w:tcW w:w="93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518103A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☐</w:t>
            </w:r>
          </w:p>
        </w:tc>
        <w:tc>
          <w:tcPr>
            <w:tcW w:w="936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07334662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☐</w:t>
            </w:r>
          </w:p>
        </w:tc>
        <w:tc>
          <w:tcPr>
            <w:tcW w:w="4608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51FD1C0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________________________________</w:t>
            </w:r>
          </w:p>
        </w:tc>
      </w:tr>
    </w:tbl>
    <w:p w14:paraId="6B913297" w14:textId="77777777" w:rsidR="00952E40" w:rsidRDefault="00952E4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952E40" w14:paraId="34949E6C" w14:textId="77777777">
        <w:trPr>
          <w:jc w:val="center"/>
        </w:trPr>
        <w:tc>
          <w:tcPr>
            <w:tcW w:w="10036" w:type="dxa"/>
            <w:tcBorders>
              <w:top w:val="single" w:sz="8" w:space="0" w:color="C4C4C4"/>
              <w:left w:val="single" w:sz="8" w:space="0" w:color="C4C4C4"/>
              <w:bottom w:val="single" w:sz="8" w:space="0" w:color="C4C4C4"/>
              <w:right w:val="single" w:sz="8" w:space="0" w:color="C4C4C4"/>
            </w:tcBorders>
            <w:shd w:val="clear" w:color="auto" w:fill="FCFCFC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49FDCC1F" w14:textId="77777777" w:rsidR="00952E40" w:rsidRDefault="00000000">
            <w:pPr>
              <w:rPr>
                <w:rFonts w:ascii="Arial" w:eastAsia="Arial" w:hAnsi="Arial"/>
                <w:color w:val="000000"/>
                <w:sz w:val="19"/>
              </w:rPr>
            </w:pPr>
            <w:r>
              <w:rPr>
                <w:rFonts w:ascii="Arial" w:eastAsia="Arial" w:hAnsi="Arial"/>
                <w:b/>
                <w:color w:val="000000"/>
                <w:sz w:val="19"/>
              </w:rPr>
              <w:t xml:space="preserve">Coordinator Certification: </w:t>
            </w:r>
            <w:r w:rsidR="00D362DF">
              <w:rPr>
                <w:rFonts w:ascii="Arial" w:eastAsia="Arial" w:hAnsi="Arial"/>
                <w:color w:val="000000"/>
                <w:sz w:val="18"/>
              </w:rPr>
              <w:t>☐</w:t>
            </w:r>
            <w:r w:rsidR="00D362DF">
              <w:rPr>
                <w:rFonts w:ascii="Arial" w:eastAsia="Arial" w:hAnsi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19"/>
              </w:rPr>
              <w:t xml:space="preserve">I certify that the above records are complete and that the enclosed certificate list has been prepared only for participants found eligible under the approved </w:t>
            </w:r>
            <w:proofErr w:type="spellStart"/>
            <w:r>
              <w:rPr>
                <w:rFonts w:ascii="Arial" w:eastAsia="Arial" w:hAnsi="Arial"/>
                <w:color w:val="000000"/>
                <w:sz w:val="19"/>
              </w:rPr>
              <w:t>programme</w:t>
            </w:r>
            <w:proofErr w:type="spellEnd"/>
            <w:r>
              <w:rPr>
                <w:rFonts w:ascii="Arial" w:eastAsia="Arial" w:hAnsi="Arial"/>
                <w:color w:val="000000"/>
                <w:sz w:val="19"/>
              </w:rPr>
              <w:t xml:space="preserve"> conditions.</w:t>
            </w:r>
          </w:p>
          <w:p w14:paraId="3C4EC2D1" w14:textId="421375BC" w:rsidR="00D362DF" w:rsidRPr="00D362DF" w:rsidRDefault="00D362DF">
            <w:pPr>
              <w:rPr>
                <w:rFonts w:ascii="Arial" w:eastAsia="Arial" w:hAnsi="Arial"/>
                <w:color w:val="000000"/>
                <w:sz w:val="18"/>
              </w:rPr>
            </w:pPr>
            <w:r>
              <w:rPr>
                <w:rFonts w:ascii="Arial" w:eastAsia="Arial" w:hAnsi="Arial"/>
                <w:color w:val="000000"/>
                <w:sz w:val="18"/>
              </w:rPr>
              <w:t>Name</w:t>
            </w:r>
            <w:r>
              <w:rPr>
                <w:rFonts w:ascii="Arial" w:eastAsia="Arial" w:hAnsi="Arial"/>
                <w:color w:val="000000"/>
                <w:sz w:val="18"/>
              </w:rPr>
              <w:t>,</w:t>
            </w:r>
            <w:r w:rsidR="00EC21CC">
              <w:rPr>
                <w:rFonts w:ascii="Arial" w:eastAsia="Arial" w:hAnsi="Arial"/>
                <w:color w:val="000000"/>
                <w:sz w:val="18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18"/>
              </w:rPr>
              <w:t>Signature, Date</w:t>
            </w:r>
            <w:r>
              <w:rPr>
                <w:rFonts w:ascii="Arial" w:eastAsia="Arial" w:hAnsi="Arial"/>
                <w:color w:val="000000"/>
                <w:sz w:val="18"/>
              </w:rPr>
              <w:t>: ____________________</w:t>
            </w:r>
          </w:p>
        </w:tc>
      </w:tr>
    </w:tbl>
    <w:p w14:paraId="448E6E8D" w14:textId="77777777" w:rsidR="00952E40" w:rsidRDefault="00952E4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952E40" w14:paraId="0BEAE490" w14:textId="77777777">
        <w:trPr>
          <w:jc w:val="center"/>
        </w:trPr>
        <w:tc>
          <w:tcPr>
            <w:tcW w:w="10036" w:type="dxa"/>
            <w:tcBorders>
              <w:top w:val="single" w:sz="10" w:space="0" w:color="9FB6D8"/>
              <w:left w:val="single" w:sz="10" w:space="0" w:color="9FB6D8"/>
              <w:bottom w:val="single" w:sz="10" w:space="0" w:color="9FB6D8"/>
              <w:right w:val="single" w:sz="10" w:space="0" w:color="9FB6D8"/>
            </w:tcBorders>
            <w:shd w:val="clear" w:color="auto" w:fill="D9E2F3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733DE7B" w14:textId="77777777" w:rsidR="00952E40" w:rsidRDefault="00000000">
            <w:r>
              <w:rPr>
                <w:rFonts w:ascii="Arial" w:eastAsia="Arial" w:hAnsi="Arial"/>
                <w:b/>
                <w:color w:val="1F1F1F"/>
                <w:sz w:val="21"/>
              </w:rPr>
              <w:t>E. Verification and Approval</w:t>
            </w:r>
          </w:p>
        </w:tc>
      </w:tr>
    </w:tbl>
    <w:p w14:paraId="4D4F0D8D" w14:textId="77777777" w:rsidR="00952E40" w:rsidRDefault="00952E4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83"/>
        <w:gridCol w:w="3283"/>
        <w:gridCol w:w="3283"/>
      </w:tblGrid>
      <w:tr w:rsidR="00952E40" w14:paraId="74FB4C5F" w14:textId="77777777">
        <w:trPr>
          <w:jc w:val="center"/>
        </w:trPr>
        <w:tc>
          <w:tcPr>
            <w:tcW w:w="328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CC7BEA0" w14:textId="77777777" w:rsidR="00952E40" w:rsidRDefault="00000000">
            <w:pPr>
              <w:spacing w:after="0" w:line="240" w:lineRule="auto"/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8"/>
              </w:rPr>
              <w:t>Programme</w:t>
            </w:r>
            <w:proofErr w:type="spellEnd"/>
            <w:r>
              <w:rPr>
                <w:rFonts w:ascii="Arial" w:eastAsia="Arial" w:hAnsi="Arial"/>
                <w:b/>
                <w:color w:val="000000"/>
                <w:sz w:val="18"/>
              </w:rPr>
              <w:t xml:space="preserve"> Coordinator</w:t>
            </w:r>
          </w:p>
        </w:tc>
        <w:tc>
          <w:tcPr>
            <w:tcW w:w="328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5E8E940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C-CEOP Office Verification</w:t>
            </w:r>
          </w:p>
        </w:tc>
        <w:tc>
          <w:tcPr>
            <w:tcW w:w="328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DEDED"/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3491019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b/>
                <w:color w:val="000000"/>
                <w:sz w:val="18"/>
              </w:rPr>
              <w:t>Head, C-CEOP Approval</w:t>
            </w:r>
          </w:p>
        </w:tc>
      </w:tr>
      <w:tr w:rsidR="00952E40" w14:paraId="0D31CDAD" w14:textId="77777777">
        <w:trPr>
          <w:jc w:val="center"/>
        </w:trPr>
        <w:tc>
          <w:tcPr>
            <w:tcW w:w="328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67ADC8AD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Name: ____________________</w:t>
            </w:r>
          </w:p>
        </w:tc>
        <w:tc>
          <w:tcPr>
            <w:tcW w:w="328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10F891E8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Verified by: ____________________</w:t>
            </w:r>
          </w:p>
        </w:tc>
        <w:tc>
          <w:tcPr>
            <w:tcW w:w="328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2B022AD4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Approved by: Head, C-CEOP</w:t>
            </w:r>
          </w:p>
        </w:tc>
      </w:tr>
      <w:tr w:rsidR="00952E40" w14:paraId="678DA007" w14:textId="77777777">
        <w:trPr>
          <w:jc w:val="center"/>
        </w:trPr>
        <w:tc>
          <w:tcPr>
            <w:tcW w:w="328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AAC2456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Signature: ________________</w:t>
            </w:r>
          </w:p>
        </w:tc>
        <w:tc>
          <w:tcPr>
            <w:tcW w:w="328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8FAE3D0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Signature: ______________________</w:t>
            </w:r>
          </w:p>
        </w:tc>
        <w:tc>
          <w:tcPr>
            <w:tcW w:w="328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5C0283F8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Signature: ______________________</w:t>
            </w:r>
          </w:p>
        </w:tc>
      </w:tr>
      <w:tr w:rsidR="00952E40" w14:paraId="245F29EA" w14:textId="77777777">
        <w:trPr>
          <w:jc w:val="center"/>
        </w:trPr>
        <w:tc>
          <w:tcPr>
            <w:tcW w:w="328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F410BB4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Date: ____________________</w:t>
            </w:r>
          </w:p>
        </w:tc>
        <w:tc>
          <w:tcPr>
            <w:tcW w:w="328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3D6AC617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Date: ___________________________</w:t>
            </w:r>
          </w:p>
        </w:tc>
        <w:tc>
          <w:tcPr>
            <w:tcW w:w="3283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top w:w="65" w:type="dxa"/>
              <w:left w:w="100" w:type="dxa"/>
              <w:bottom w:w="65" w:type="dxa"/>
              <w:right w:w="100" w:type="dxa"/>
            </w:tcMar>
            <w:vAlign w:val="center"/>
          </w:tcPr>
          <w:p w14:paraId="443E480E" w14:textId="77777777" w:rsidR="00952E40" w:rsidRDefault="00000000">
            <w:pPr>
              <w:spacing w:after="0" w:line="240" w:lineRule="auto"/>
            </w:pPr>
            <w:r>
              <w:rPr>
                <w:rFonts w:ascii="Arial" w:eastAsia="Arial" w:hAnsi="Arial"/>
                <w:color w:val="000000"/>
                <w:sz w:val="18"/>
              </w:rPr>
              <w:t>Date: ___________________________</w:t>
            </w:r>
          </w:p>
        </w:tc>
      </w:tr>
    </w:tbl>
    <w:p w14:paraId="71D7ADE7" w14:textId="77777777" w:rsidR="00952E40" w:rsidRDefault="00952E4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952E40" w14:paraId="3A0792DC" w14:textId="77777777">
        <w:trPr>
          <w:jc w:val="center"/>
        </w:trPr>
        <w:tc>
          <w:tcPr>
            <w:tcW w:w="10036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F7F7F7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A376416" w14:textId="77777777" w:rsidR="00952E40" w:rsidRDefault="00000000">
            <w:pPr>
              <w:spacing w:line="240" w:lineRule="auto"/>
            </w:pPr>
            <w:r>
              <w:rPr>
                <w:rFonts w:ascii="Arial" w:eastAsia="Arial" w:hAnsi="Arial"/>
                <w:color w:val="333333"/>
                <w:sz w:val="18"/>
              </w:rPr>
              <w:t xml:space="preserve">Office use note: verification by C-CEOP shall include validation of participant lists, attendance and assessment compliance, and authenticity of </w:t>
            </w:r>
            <w:proofErr w:type="spellStart"/>
            <w:r>
              <w:rPr>
                <w:rFonts w:ascii="Arial" w:eastAsia="Arial" w:hAnsi="Arial"/>
                <w:color w:val="333333"/>
                <w:sz w:val="18"/>
              </w:rPr>
              <w:t>programme</w:t>
            </w:r>
            <w:proofErr w:type="spellEnd"/>
            <w:r>
              <w:rPr>
                <w:rFonts w:ascii="Arial" w:eastAsia="Arial" w:hAnsi="Arial"/>
                <w:color w:val="333333"/>
                <w:sz w:val="18"/>
              </w:rPr>
              <w:t xml:space="preserve"> records.</w:t>
            </w:r>
          </w:p>
        </w:tc>
      </w:tr>
    </w:tbl>
    <w:p w14:paraId="4F99C6EE" w14:textId="77777777" w:rsidR="00952E40" w:rsidRDefault="00952E40"/>
    <w:sectPr w:rsidR="00952E40" w:rsidSect="00034616">
      <w:pgSz w:w="11906" w:h="16838"/>
      <w:pgMar w:top="794" w:right="935" w:bottom="737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8717178">
    <w:abstractNumId w:val="8"/>
  </w:num>
  <w:num w:numId="2" w16cid:durableId="525868399">
    <w:abstractNumId w:val="6"/>
  </w:num>
  <w:num w:numId="3" w16cid:durableId="148140114">
    <w:abstractNumId w:val="5"/>
  </w:num>
  <w:num w:numId="4" w16cid:durableId="1020738314">
    <w:abstractNumId w:val="4"/>
  </w:num>
  <w:num w:numId="5" w16cid:durableId="1514685135">
    <w:abstractNumId w:val="7"/>
  </w:num>
  <w:num w:numId="6" w16cid:durableId="1070690155">
    <w:abstractNumId w:val="3"/>
  </w:num>
  <w:num w:numId="7" w16cid:durableId="195578540">
    <w:abstractNumId w:val="2"/>
  </w:num>
  <w:num w:numId="8" w16cid:durableId="1008020837">
    <w:abstractNumId w:val="1"/>
  </w:num>
  <w:num w:numId="9" w16cid:durableId="1785004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169"/>
    <w:rsid w:val="0006063C"/>
    <w:rsid w:val="000A4543"/>
    <w:rsid w:val="000C50EA"/>
    <w:rsid w:val="0015074B"/>
    <w:rsid w:val="00224B39"/>
    <w:rsid w:val="0029639D"/>
    <w:rsid w:val="00326F90"/>
    <w:rsid w:val="007E765B"/>
    <w:rsid w:val="00952E40"/>
    <w:rsid w:val="00AA1D8D"/>
    <w:rsid w:val="00B47730"/>
    <w:rsid w:val="00CB0664"/>
    <w:rsid w:val="00D362DF"/>
    <w:rsid w:val="00EC21CC"/>
    <w:rsid w:val="00FB40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924D77"/>
  <w14:defaultImageDpi w14:val="300"/>
  <w15:docId w15:val="{4D4C2CA8-DB05-417E-999B-A829957E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tuba mahfooz</cp:lastModifiedBy>
  <cp:revision>6</cp:revision>
  <dcterms:created xsi:type="dcterms:W3CDTF">2013-12-23T23:15:00Z</dcterms:created>
  <dcterms:modified xsi:type="dcterms:W3CDTF">2026-04-17T08:30:00Z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6c26b53c-3ea0-4441-a49d-0187aa117ff8</vt:lpwstr>
  </property>
</Properties>
</file>