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54F55" w14:textId="56D21891" w:rsidR="00890E32" w:rsidRDefault="00000000">
      <w:pPr>
        <w:spacing w:after="80"/>
        <w:jc w:val="center"/>
      </w:pPr>
      <w:r>
        <w:rPr>
          <w:rFonts w:ascii="Arial" w:eastAsia="Arial" w:hAnsi="Arial"/>
          <w:b/>
          <w:color w:val="17365D"/>
          <w:sz w:val="24"/>
        </w:rPr>
        <w:t>INDIAN INSTITUTE OF INFORMATION TECHNOLOGY ALLAHABAD</w:t>
      </w:r>
      <w:r>
        <w:rPr>
          <w:rFonts w:ascii="Arial" w:eastAsia="Arial" w:hAnsi="Arial"/>
          <w:b/>
          <w:color w:val="17365D"/>
          <w:sz w:val="24"/>
        </w:rPr>
        <w:br/>
      </w:r>
      <w:r>
        <w:rPr>
          <w:rFonts w:ascii="Arial" w:eastAsia="Arial" w:hAnsi="Arial"/>
          <w:b/>
          <w:color w:val="17365D"/>
          <w:sz w:val="21"/>
        </w:rPr>
        <w:t>Centre for Continuing Education &amp; Outreach Programs (C-CEOP)</w:t>
      </w:r>
      <w:r>
        <w:rPr>
          <w:rFonts w:ascii="Arial" w:eastAsia="Arial" w:hAnsi="Arial"/>
          <w:b/>
          <w:color w:val="17365D"/>
          <w:sz w:val="21"/>
        </w:rPr>
        <w:br/>
      </w:r>
      <w:r>
        <w:rPr>
          <w:rFonts w:ascii="Arial" w:eastAsia="Arial" w:hAnsi="Arial"/>
          <w:b/>
          <w:color w:val="000000"/>
          <w:sz w:val="24"/>
        </w:rPr>
        <w:t>FORM 2 - CEP CERTIFICATE VERIFICATION CHECKLIST AND COMPLIANCE RECORD</w:t>
      </w:r>
      <w:r>
        <w:br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890E32" w14:paraId="0F03A0FC" w14:textId="77777777">
        <w:trPr>
          <w:jc w:val="center"/>
        </w:trPr>
        <w:tc>
          <w:tcPr>
            <w:tcW w:w="10376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7F7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114EAB" w14:textId="77777777" w:rsidR="00890E32" w:rsidRDefault="00000000">
            <w:pPr>
              <w:spacing w:line="240" w:lineRule="auto"/>
            </w:pPr>
            <w:r>
              <w:rPr>
                <w:rFonts w:ascii="Arial" w:eastAsia="Arial" w:hAnsi="Arial"/>
                <w:color w:val="333333"/>
                <w:sz w:val="17"/>
              </w:rPr>
              <w:t>Use this checklist for in-depth office verification before certificates are released. The checklist covers the three required heads in the Manual: participant list validation, attendance and assessment compliance, and authenticity of programme records.</w:t>
            </w:r>
          </w:p>
        </w:tc>
      </w:tr>
    </w:tbl>
    <w:p w14:paraId="19439321" w14:textId="77777777" w:rsidR="00890E32" w:rsidRDefault="00890E32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890E32" w14:paraId="77920C44" w14:textId="77777777">
        <w:trPr>
          <w:jc w:val="center"/>
        </w:trPr>
        <w:tc>
          <w:tcPr>
            <w:tcW w:w="10376" w:type="dxa"/>
            <w:tcBorders>
              <w:top w:val="single" w:sz="9" w:space="0" w:color="9FB6D8"/>
              <w:left w:val="single" w:sz="9" w:space="0" w:color="9FB6D8"/>
              <w:bottom w:val="single" w:sz="9" w:space="0" w:color="9FB6D8"/>
              <w:right w:val="single" w:sz="9" w:space="0" w:color="9FB6D8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50701993" w14:textId="77777777" w:rsidR="00890E32" w:rsidRDefault="00000000">
            <w:r>
              <w:rPr>
                <w:rFonts w:ascii="Arial" w:eastAsia="Arial" w:hAnsi="Arial"/>
                <w:b/>
                <w:color w:val="1F1F1F"/>
                <w:sz w:val="20"/>
              </w:rPr>
              <w:t>A. Programme Identification</w:t>
            </w:r>
          </w:p>
        </w:tc>
      </w:tr>
    </w:tbl>
    <w:p w14:paraId="38ED942D" w14:textId="77777777" w:rsidR="00890E32" w:rsidRDefault="00890E32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7272"/>
      </w:tblGrid>
      <w:tr w:rsidR="00890E32" w14:paraId="4C089FCD" w14:textId="77777777">
        <w:trPr>
          <w:jc w:val="center"/>
        </w:trPr>
        <w:tc>
          <w:tcPr>
            <w:tcW w:w="295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D5A4569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t>Name of CEP / Course / Programme</w:t>
            </w:r>
          </w:p>
        </w:tc>
        <w:tc>
          <w:tcPr>
            <w:tcW w:w="727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B25966C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t>______________________________________________</w:t>
            </w:r>
          </w:p>
        </w:tc>
      </w:tr>
      <w:tr w:rsidR="00890E32" w14:paraId="74E719E2" w14:textId="77777777">
        <w:trPr>
          <w:jc w:val="center"/>
        </w:trPr>
        <w:tc>
          <w:tcPr>
            <w:tcW w:w="295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1E74AE7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t>Academic Unit / Department / Centre</w:t>
            </w:r>
          </w:p>
        </w:tc>
        <w:tc>
          <w:tcPr>
            <w:tcW w:w="727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13121B6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t>______________________________________________</w:t>
            </w:r>
          </w:p>
        </w:tc>
      </w:tr>
      <w:tr w:rsidR="00890E32" w14:paraId="3E775882" w14:textId="77777777">
        <w:trPr>
          <w:jc w:val="center"/>
        </w:trPr>
        <w:tc>
          <w:tcPr>
            <w:tcW w:w="295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0D8F0FB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t>Programme Coordinator</w:t>
            </w:r>
          </w:p>
        </w:tc>
        <w:tc>
          <w:tcPr>
            <w:tcW w:w="727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DA1AD03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t>______________________________________________</w:t>
            </w:r>
          </w:p>
        </w:tc>
      </w:tr>
      <w:tr w:rsidR="00890E32" w14:paraId="1E1135E6" w14:textId="77777777">
        <w:trPr>
          <w:jc w:val="center"/>
        </w:trPr>
        <w:tc>
          <w:tcPr>
            <w:tcW w:w="295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38B35FE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t>Approval Reference / Sanction No. and Date</w:t>
            </w:r>
          </w:p>
        </w:tc>
        <w:tc>
          <w:tcPr>
            <w:tcW w:w="727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EA2FEAF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t>______________________________________________</w:t>
            </w:r>
          </w:p>
        </w:tc>
      </w:tr>
    </w:tbl>
    <w:p w14:paraId="154D867C" w14:textId="77777777" w:rsidR="00890E32" w:rsidRDefault="00890E32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890E32" w14:paraId="09704A90" w14:textId="77777777">
        <w:trPr>
          <w:jc w:val="center"/>
        </w:trPr>
        <w:tc>
          <w:tcPr>
            <w:tcW w:w="10224" w:type="dxa"/>
            <w:gridSpan w:val="2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A2CF2ED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Programme Category (tick one or more, as applicable)</w:t>
            </w:r>
          </w:p>
        </w:tc>
      </w:tr>
      <w:tr w:rsidR="00890E32" w14:paraId="3BD11A63" w14:textId="77777777">
        <w:trPr>
          <w:jc w:val="center"/>
        </w:trPr>
        <w:tc>
          <w:tcPr>
            <w:tcW w:w="511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3E92F56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 Degree Programme (eMTech / eMBA / other)</w:t>
            </w:r>
            <w:r>
              <w:rPr>
                <w:rFonts w:ascii="Arial" w:eastAsia="Arial" w:hAnsi="Arial"/>
                <w:color w:val="000000"/>
                <w:sz w:val="17"/>
              </w:rPr>
              <w:br/>
              <w:t>☐ Non-Degree CEP / PG Diploma</w:t>
            </w:r>
            <w:r>
              <w:rPr>
                <w:rFonts w:ascii="Arial" w:eastAsia="Arial" w:hAnsi="Arial"/>
                <w:color w:val="000000"/>
                <w:sz w:val="17"/>
              </w:rPr>
              <w:br/>
              <w:t>☐ Short-term or Semester-long Proficiency Certification</w:t>
            </w:r>
            <w:r>
              <w:rPr>
                <w:rFonts w:ascii="Arial" w:eastAsia="Arial" w:hAnsi="Arial"/>
                <w:color w:val="000000"/>
                <w:sz w:val="17"/>
              </w:rPr>
              <w:br/>
              <w:t>☐ Executive / Advanced Certification Programme</w:t>
            </w:r>
            <w:r>
              <w:rPr>
                <w:rFonts w:ascii="Arial" w:eastAsia="Arial" w:hAnsi="Arial"/>
                <w:color w:val="000000"/>
                <w:sz w:val="17"/>
              </w:rPr>
              <w:br/>
              <w:t>☐ FDP / MDP / LDP</w:t>
            </w:r>
            <w:r>
              <w:rPr>
                <w:rFonts w:ascii="Arial" w:eastAsia="Arial" w:hAnsi="Arial"/>
                <w:color w:val="000000"/>
                <w:sz w:val="17"/>
              </w:rPr>
              <w:br/>
              <w:t>☐ Short-term Course / Workshop / Seminar</w:t>
            </w:r>
          </w:p>
        </w:tc>
        <w:tc>
          <w:tcPr>
            <w:tcW w:w="511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3C9B27D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 Government / Industry Sponsored Programme</w:t>
            </w:r>
            <w:r>
              <w:rPr>
                <w:rFonts w:ascii="Arial" w:eastAsia="Arial" w:hAnsi="Arial"/>
                <w:color w:val="000000"/>
                <w:sz w:val="17"/>
              </w:rPr>
              <w:br/>
              <w:t>☐ Student-Conducted Programme</w:t>
            </w:r>
            <w:r>
              <w:rPr>
                <w:rFonts w:ascii="Arial" w:eastAsia="Arial" w:hAnsi="Arial"/>
                <w:color w:val="000000"/>
                <w:sz w:val="17"/>
              </w:rPr>
              <w:br/>
              <w:t>☐ Internship / Training Programme</w:t>
            </w:r>
            <w:r>
              <w:rPr>
                <w:rFonts w:ascii="Arial" w:eastAsia="Arial" w:hAnsi="Arial"/>
                <w:color w:val="000000"/>
                <w:sz w:val="17"/>
              </w:rPr>
              <w:br/>
              <w:t>☐ Conference / Webinar / Symposium / Colloquium</w:t>
            </w:r>
            <w:r>
              <w:rPr>
                <w:rFonts w:ascii="Arial" w:eastAsia="Arial" w:hAnsi="Arial"/>
                <w:color w:val="000000"/>
                <w:sz w:val="17"/>
              </w:rPr>
              <w:br/>
              <w:t>☐ Institutional Collaboration Programme</w:t>
            </w:r>
            <w:r>
              <w:rPr>
                <w:rFonts w:ascii="Arial" w:eastAsia="Arial" w:hAnsi="Arial"/>
                <w:color w:val="000000"/>
                <w:sz w:val="17"/>
              </w:rPr>
              <w:br/>
              <w:t>☐ Other: ______________________________</w:t>
            </w:r>
          </w:p>
        </w:tc>
      </w:tr>
    </w:tbl>
    <w:p w14:paraId="5FEE0B8C" w14:textId="77777777" w:rsidR="00890E32" w:rsidRDefault="00890E32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890E32" w14:paraId="45C35417" w14:textId="77777777">
        <w:trPr>
          <w:jc w:val="center"/>
        </w:trPr>
        <w:tc>
          <w:tcPr>
            <w:tcW w:w="10376" w:type="dxa"/>
            <w:tcBorders>
              <w:top w:val="single" w:sz="9" w:space="0" w:color="9FB6D8"/>
              <w:left w:val="single" w:sz="9" w:space="0" w:color="9FB6D8"/>
              <w:bottom w:val="single" w:sz="9" w:space="0" w:color="9FB6D8"/>
              <w:right w:val="single" w:sz="9" w:space="0" w:color="9FB6D8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A3DF3EB" w14:textId="77777777" w:rsidR="00890E32" w:rsidRDefault="00000000">
            <w:r>
              <w:rPr>
                <w:rFonts w:ascii="Arial" w:eastAsia="Arial" w:hAnsi="Arial"/>
                <w:b/>
                <w:color w:val="1F1F1F"/>
                <w:sz w:val="20"/>
              </w:rPr>
              <w:t>B. Verification Head 1 - Participant List Validation</w:t>
            </w:r>
          </w:p>
        </w:tc>
      </w:tr>
    </w:tbl>
    <w:p w14:paraId="717DC866" w14:textId="77777777" w:rsidR="00890E32" w:rsidRDefault="00890E32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792"/>
        <w:gridCol w:w="792"/>
        <w:gridCol w:w="3600"/>
      </w:tblGrid>
      <w:tr w:rsidR="00890E32" w14:paraId="267BA9CB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17DED4A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Verification point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704E9A7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Yes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284873B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N/A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6144C663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Remarks / document reference</w:t>
            </w:r>
          </w:p>
        </w:tc>
      </w:tr>
      <w:tr w:rsidR="00890E32" w14:paraId="03E76F96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12DA4D0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Final participant list received from Programme Coordinator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F18B81E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25C6123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D0780DC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  <w:tr w:rsidR="00890E32" w14:paraId="7F199F09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60B0840A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Names matched with registration / admission / approved enrolment records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6EC65676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9EFDD1C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20258E9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  <w:tr w:rsidR="00890E32" w14:paraId="65321DC5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4F7058C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Duplicate, withdrawn, or disqualified entries removed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639C8747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6FE8A36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6E08DDCE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  <w:tr w:rsidR="00890E32" w14:paraId="71863ED1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EAD0B2C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Category-wise eligibility list prepared, if applicable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F927372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063BBCD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D2863B7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  <w:tr w:rsidR="00890E32" w14:paraId="39FCCC74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624C1E0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Certificate spellings and order of names cross-checked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B2E8239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2468200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5F603CE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  <w:tr w:rsidR="00890E32" w14:paraId="20540731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23C5715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Final certificate count reconciled with approved eligible list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FE58B68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421F943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6644912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</w:tbl>
    <w:p w14:paraId="52A4997F" w14:textId="77777777" w:rsidR="00890E32" w:rsidRDefault="00890E32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890E32" w14:paraId="43CDBEEB" w14:textId="77777777">
        <w:trPr>
          <w:jc w:val="center"/>
        </w:trPr>
        <w:tc>
          <w:tcPr>
            <w:tcW w:w="10376" w:type="dxa"/>
            <w:tcBorders>
              <w:top w:val="single" w:sz="9" w:space="0" w:color="9FB6D8"/>
              <w:left w:val="single" w:sz="9" w:space="0" w:color="9FB6D8"/>
              <w:bottom w:val="single" w:sz="9" w:space="0" w:color="9FB6D8"/>
              <w:right w:val="single" w:sz="9" w:space="0" w:color="9FB6D8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0FA18DE8" w14:textId="77777777" w:rsidR="00890E32" w:rsidRDefault="00000000">
            <w:r>
              <w:rPr>
                <w:rFonts w:ascii="Arial" w:eastAsia="Arial" w:hAnsi="Arial"/>
                <w:b/>
                <w:color w:val="1F1F1F"/>
                <w:sz w:val="20"/>
              </w:rPr>
              <w:t>C. Verification Head 2 - Attendance and Assessment Compliance</w:t>
            </w:r>
          </w:p>
        </w:tc>
      </w:tr>
    </w:tbl>
    <w:p w14:paraId="47221BB5" w14:textId="77777777" w:rsidR="00890E32" w:rsidRDefault="00890E32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792"/>
        <w:gridCol w:w="792"/>
        <w:gridCol w:w="3600"/>
      </w:tblGrid>
      <w:tr w:rsidR="00890E32" w14:paraId="391540AE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28DBC89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Verification point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28675B7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Yes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B5EABD3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N/A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9F28CEE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Remarks / document reference</w:t>
            </w:r>
          </w:p>
        </w:tc>
      </w:tr>
      <w:tr w:rsidR="00890E32" w14:paraId="7FE8DEA9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F5F3237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Attendance sheets / LMS attendance logs received and legible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216747A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27F0F9D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F86C2B8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  <w:tr w:rsidR="00890E32" w14:paraId="4BE2623B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3B30716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Minimum attendance rule identified for the programme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6239D0D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F4CCF31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0B571FB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  <w:tr w:rsidR="00890E32" w14:paraId="25926685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6DF462E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80% rule checked for degree / non-degree / certification cases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E94225B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3F7007C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5DA5F9B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  <w:tr w:rsidR="00890E32" w14:paraId="23A643E9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C73D268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75% rule checked for participation-certificate outreach cases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25BD4AC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7FA8BC0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1D00040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  <w:tr w:rsidR="00890E32" w14:paraId="39C620F7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C87FF04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Assessment record available where certification requires evaluation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84EFDDE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96DF715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AAC9468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  <w:tr w:rsidR="00890E32" w14:paraId="73153BB6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0EB6CA4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Pass / completion status verified against approved criteria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62B378F0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A337338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2D7FD17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  <w:tr w:rsidR="00890E32" w14:paraId="7317F96E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0A0A596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List of ineligible participants separated and recorded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DFD37B1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64E7716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B3B7583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</w:tbl>
    <w:p w14:paraId="79C8DECD" w14:textId="77777777" w:rsidR="00890E32" w:rsidRDefault="00890E32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890E32" w14:paraId="059E5175" w14:textId="77777777">
        <w:trPr>
          <w:jc w:val="center"/>
        </w:trPr>
        <w:tc>
          <w:tcPr>
            <w:tcW w:w="10376" w:type="dxa"/>
            <w:tcBorders>
              <w:top w:val="single" w:sz="9" w:space="0" w:color="9FB6D8"/>
              <w:left w:val="single" w:sz="9" w:space="0" w:color="9FB6D8"/>
              <w:bottom w:val="single" w:sz="9" w:space="0" w:color="9FB6D8"/>
              <w:right w:val="single" w:sz="9" w:space="0" w:color="9FB6D8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A1869C4" w14:textId="77777777" w:rsidR="00890E32" w:rsidRDefault="00000000">
            <w:r>
              <w:rPr>
                <w:rFonts w:ascii="Arial" w:eastAsia="Arial" w:hAnsi="Arial"/>
                <w:b/>
                <w:color w:val="1F1F1F"/>
                <w:sz w:val="20"/>
              </w:rPr>
              <w:t>D. Verification Head 3 - Authenticity of Programme Records</w:t>
            </w:r>
          </w:p>
        </w:tc>
      </w:tr>
    </w:tbl>
    <w:p w14:paraId="25A7B366" w14:textId="77777777" w:rsidR="00890E32" w:rsidRDefault="00890E32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792"/>
        <w:gridCol w:w="792"/>
        <w:gridCol w:w="3600"/>
      </w:tblGrid>
      <w:tr w:rsidR="00890E32" w14:paraId="3ECC0D5F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D9A04E1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Verification point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8BA07C1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Yes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63C82CAF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N/A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16730E9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7"/>
              </w:rPr>
              <w:t>Remarks / document reference</w:t>
            </w:r>
          </w:p>
        </w:tc>
      </w:tr>
      <w:tr w:rsidR="00890E32" w14:paraId="7EB72EB6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529CE3A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Programme approval / sanction document available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FD9634F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1C3982D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7B1E550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  <w:tr w:rsidR="00890E32" w14:paraId="257672F8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487F7AC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Programme schedule / duration / completion dates verified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F356F8D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0056DE8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B563686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  <w:tr w:rsidR="00890E32" w14:paraId="727C9909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C256817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Certificate format used is approved / authorised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2170595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83E0D0E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F87A973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  <w:tr w:rsidR="00890E32" w14:paraId="0C379D4C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3107DC91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Programme records bear valid coordinator / office authentication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5A5688A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5A84303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31F8B81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  <w:tr w:rsidR="00890E32" w14:paraId="6554B822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C9A2062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Any digital records / spreadsheets / LMS exports checked for consistency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FD93D25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C0BA3B5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5944CD7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  <w:tr w:rsidR="00890E32" w14:paraId="6D94B6BF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E28DCFE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Supporting documents filed for audit / future reference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0B30B04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6FBA4CFA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927F952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  <w:tr w:rsidR="00890E32" w14:paraId="2D4CF856" w14:textId="77777777">
        <w:trPr>
          <w:jc w:val="center"/>
        </w:trPr>
        <w:tc>
          <w:tcPr>
            <w:tcW w:w="504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D33B62B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No deviation noticed requiring separate approval note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3E08855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79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7DAF056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☐</w:t>
            </w:r>
          </w:p>
        </w:tc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542C359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7"/>
              </w:rPr>
              <w:t>________________________________</w:t>
            </w:r>
          </w:p>
        </w:tc>
      </w:tr>
    </w:tbl>
    <w:p w14:paraId="7CDFCE42" w14:textId="77777777" w:rsidR="00890E32" w:rsidRDefault="00890E32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890E32" w14:paraId="5286B763" w14:textId="77777777">
        <w:trPr>
          <w:jc w:val="center"/>
        </w:trPr>
        <w:tc>
          <w:tcPr>
            <w:tcW w:w="10376" w:type="dxa"/>
            <w:tcBorders>
              <w:top w:val="single" w:sz="9" w:space="0" w:color="9FB6D8"/>
              <w:left w:val="single" w:sz="9" w:space="0" w:color="9FB6D8"/>
              <w:bottom w:val="single" w:sz="9" w:space="0" w:color="9FB6D8"/>
              <w:right w:val="single" w:sz="9" w:space="0" w:color="9FB6D8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0F8C412" w14:textId="77777777" w:rsidR="00890E32" w:rsidRDefault="00000000">
            <w:r>
              <w:rPr>
                <w:rFonts w:ascii="Arial" w:eastAsia="Arial" w:hAnsi="Arial"/>
                <w:b/>
                <w:color w:val="1F1F1F"/>
                <w:sz w:val="20"/>
              </w:rPr>
              <w:t>E. Compliance Summary</w:t>
            </w:r>
          </w:p>
        </w:tc>
      </w:tr>
    </w:tbl>
    <w:p w14:paraId="15362A6F" w14:textId="77777777" w:rsidR="00890E32" w:rsidRDefault="00890E32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28"/>
        <w:gridCol w:w="6696"/>
      </w:tblGrid>
      <w:tr w:rsidR="00890E32" w14:paraId="70F9709B" w14:textId="77777777">
        <w:trPr>
          <w:jc w:val="center"/>
        </w:trPr>
        <w:tc>
          <w:tcPr>
            <w:tcW w:w="352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A069327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Certificate issue status</w:t>
            </w:r>
          </w:p>
        </w:tc>
        <w:tc>
          <w:tcPr>
            <w:tcW w:w="669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9482D2A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☐ Recommended   ☐ Recommended with remarks   ☐ Not recommended</w:t>
            </w:r>
          </w:p>
        </w:tc>
      </w:tr>
      <w:tr w:rsidR="00890E32" w14:paraId="3E889555" w14:textId="77777777">
        <w:trPr>
          <w:jc w:val="center"/>
        </w:trPr>
        <w:tc>
          <w:tcPr>
            <w:tcW w:w="352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C61EE09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No. of certificates cleared</w:t>
            </w:r>
          </w:p>
        </w:tc>
        <w:tc>
          <w:tcPr>
            <w:tcW w:w="669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3F58F55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____________________</w:t>
            </w:r>
          </w:p>
        </w:tc>
      </w:tr>
      <w:tr w:rsidR="00890E32" w14:paraId="5C4C3B9F" w14:textId="77777777">
        <w:trPr>
          <w:jc w:val="center"/>
        </w:trPr>
        <w:tc>
          <w:tcPr>
            <w:tcW w:w="352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8D5B579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No. held back / rejected</w:t>
            </w:r>
          </w:p>
        </w:tc>
        <w:tc>
          <w:tcPr>
            <w:tcW w:w="669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99FA365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____________________</w:t>
            </w:r>
          </w:p>
        </w:tc>
      </w:tr>
      <w:tr w:rsidR="00890E32" w14:paraId="6936533A" w14:textId="77777777">
        <w:trPr>
          <w:jc w:val="center"/>
        </w:trPr>
        <w:tc>
          <w:tcPr>
            <w:tcW w:w="352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3982C1C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Specific discrepancy, if any</w:t>
            </w:r>
          </w:p>
        </w:tc>
        <w:tc>
          <w:tcPr>
            <w:tcW w:w="669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FE116D9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____________________________________________________________</w:t>
            </w:r>
          </w:p>
        </w:tc>
      </w:tr>
      <w:tr w:rsidR="00890E32" w14:paraId="2ED7F16A" w14:textId="77777777">
        <w:trPr>
          <w:jc w:val="center"/>
        </w:trPr>
        <w:tc>
          <w:tcPr>
            <w:tcW w:w="352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6423D473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Further action required</w:t>
            </w:r>
          </w:p>
        </w:tc>
        <w:tc>
          <w:tcPr>
            <w:tcW w:w="669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D9A2DB2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____________________________________________________________</w:t>
            </w:r>
          </w:p>
        </w:tc>
      </w:tr>
    </w:tbl>
    <w:p w14:paraId="2D552AA1" w14:textId="77777777" w:rsidR="00890E32" w:rsidRDefault="00890E32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890E32" w14:paraId="3E934195" w14:textId="77777777">
        <w:trPr>
          <w:jc w:val="center"/>
        </w:trPr>
        <w:tc>
          <w:tcPr>
            <w:tcW w:w="10376" w:type="dxa"/>
            <w:tcBorders>
              <w:top w:val="single" w:sz="9" w:space="0" w:color="9FB6D8"/>
              <w:left w:val="single" w:sz="9" w:space="0" w:color="9FB6D8"/>
              <w:bottom w:val="single" w:sz="9" w:space="0" w:color="9FB6D8"/>
              <w:right w:val="single" w:sz="9" w:space="0" w:color="9FB6D8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7512207" w14:textId="77777777" w:rsidR="00890E32" w:rsidRDefault="00000000">
            <w:r>
              <w:rPr>
                <w:rFonts w:ascii="Arial" w:eastAsia="Arial" w:hAnsi="Arial"/>
                <w:b/>
                <w:color w:val="1F1F1F"/>
                <w:sz w:val="20"/>
              </w:rPr>
              <w:t>F. Sign-off</w:t>
            </w:r>
          </w:p>
        </w:tc>
      </w:tr>
    </w:tbl>
    <w:p w14:paraId="3247BF35" w14:textId="77777777" w:rsidR="00890E32" w:rsidRDefault="00890E32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890E32" w14:paraId="4CC0C29C" w14:textId="77777777">
        <w:trPr>
          <w:jc w:val="center"/>
        </w:trPr>
        <w:tc>
          <w:tcPr>
            <w:tcW w:w="511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057F1213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Verified by C-CEOP Office</w:t>
            </w:r>
          </w:p>
        </w:tc>
        <w:tc>
          <w:tcPr>
            <w:tcW w:w="511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76E510C1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Approved and Signed by Head, C-CEOP</w:t>
            </w:r>
          </w:p>
        </w:tc>
      </w:tr>
      <w:tr w:rsidR="00890E32" w14:paraId="6F23EC1A" w14:textId="77777777">
        <w:trPr>
          <w:jc w:val="center"/>
        </w:trPr>
        <w:tc>
          <w:tcPr>
            <w:tcW w:w="511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19F6B650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Name: ________________________________</w:t>
            </w:r>
          </w:p>
        </w:tc>
        <w:tc>
          <w:tcPr>
            <w:tcW w:w="511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28BCD429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Name / designation: Head, C-CEOP</w:t>
            </w:r>
          </w:p>
        </w:tc>
      </w:tr>
      <w:tr w:rsidR="00890E32" w14:paraId="50F18C09" w14:textId="77777777">
        <w:trPr>
          <w:jc w:val="center"/>
        </w:trPr>
        <w:tc>
          <w:tcPr>
            <w:tcW w:w="511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0259F06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Signature: ____________________________</w:t>
            </w:r>
          </w:p>
        </w:tc>
        <w:tc>
          <w:tcPr>
            <w:tcW w:w="511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4E529381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Signature (physical / electronic): __________________</w:t>
            </w:r>
          </w:p>
        </w:tc>
      </w:tr>
      <w:tr w:rsidR="00890E32" w14:paraId="51C15DF5" w14:textId="77777777">
        <w:trPr>
          <w:jc w:val="center"/>
        </w:trPr>
        <w:tc>
          <w:tcPr>
            <w:tcW w:w="511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5D961CBE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Date: _________________________________</w:t>
            </w:r>
          </w:p>
        </w:tc>
        <w:tc>
          <w:tcPr>
            <w:tcW w:w="511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14:paraId="62D99F4E" w14:textId="77777777" w:rsidR="00890E32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Date: _____________________________________________</w:t>
            </w:r>
          </w:p>
        </w:tc>
      </w:tr>
    </w:tbl>
    <w:p w14:paraId="023E6C0E" w14:textId="77777777" w:rsidR="00890E32" w:rsidRDefault="00890E32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890E32" w14:paraId="0E1C12E8" w14:textId="77777777">
        <w:trPr>
          <w:jc w:val="center"/>
        </w:trPr>
        <w:tc>
          <w:tcPr>
            <w:tcW w:w="10376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7F7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FC405B7" w14:textId="77777777" w:rsidR="00890E32" w:rsidRDefault="00000000">
            <w:pPr>
              <w:spacing w:line="240" w:lineRule="auto"/>
            </w:pPr>
            <w:r>
              <w:rPr>
                <w:rFonts w:ascii="Arial" w:eastAsia="Arial" w:hAnsi="Arial"/>
                <w:color w:val="333333"/>
                <w:sz w:val="17"/>
              </w:rPr>
              <w:t>Recommended attachments: approved participant list, attendance sheet / LMS record, assessment sheet where applicable, programme approval order, and certificate proof list.</w:t>
            </w:r>
          </w:p>
        </w:tc>
      </w:tr>
    </w:tbl>
    <w:p w14:paraId="660DF518" w14:textId="77777777" w:rsidR="00A2630C" w:rsidRDefault="00A2630C"/>
    <w:sectPr w:rsidR="00A2630C" w:rsidSect="00034616">
      <w:pgSz w:w="11906" w:h="16838"/>
      <w:pgMar w:top="595" w:right="765" w:bottom="595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7870714">
    <w:abstractNumId w:val="8"/>
  </w:num>
  <w:num w:numId="2" w16cid:durableId="965547092">
    <w:abstractNumId w:val="6"/>
  </w:num>
  <w:num w:numId="3" w16cid:durableId="1908763411">
    <w:abstractNumId w:val="5"/>
  </w:num>
  <w:num w:numId="4" w16cid:durableId="2093239287">
    <w:abstractNumId w:val="4"/>
  </w:num>
  <w:num w:numId="5" w16cid:durableId="588005471">
    <w:abstractNumId w:val="7"/>
  </w:num>
  <w:num w:numId="6" w16cid:durableId="1334524815">
    <w:abstractNumId w:val="3"/>
  </w:num>
  <w:num w:numId="7" w16cid:durableId="2027635963">
    <w:abstractNumId w:val="2"/>
  </w:num>
  <w:num w:numId="8" w16cid:durableId="1887838902">
    <w:abstractNumId w:val="1"/>
  </w:num>
  <w:num w:numId="9" w16cid:durableId="1788961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296F"/>
    <w:rsid w:val="00326F90"/>
    <w:rsid w:val="00890E32"/>
    <w:rsid w:val="00A2630C"/>
    <w:rsid w:val="00AA1D8D"/>
    <w:rsid w:val="00B47730"/>
    <w:rsid w:val="00CB0664"/>
    <w:rsid w:val="00FB40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8A9EB8"/>
  <w14:defaultImageDpi w14:val="300"/>
  <w15:docId w15:val="{8A6E76B7-77D3-4C73-9A2D-7D3B3993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tuba mahfooz</cp:lastModifiedBy>
  <cp:revision>2</cp:revision>
  <dcterms:created xsi:type="dcterms:W3CDTF">2013-12-23T23:15:00Z</dcterms:created>
  <dcterms:modified xsi:type="dcterms:W3CDTF">2026-04-17T07:07:00Z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3448d8e9-2531-4cfe-ba2a-c8d3b65ffa98</vt:lpwstr>
  </property>
</Properties>
</file>